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E64C2D" w14:textId="77777777" w:rsidR="00CD2190" w:rsidRDefault="00A945BD">
      <w:pPr>
        <w:pStyle w:val="Ttulo"/>
      </w:pPr>
      <w:r>
        <w:t>Informe de Pasantías 2025</w:t>
      </w:r>
    </w:p>
    <w:p w14:paraId="7A051C0E" w14:textId="4F532A7A" w:rsidR="00CD2190" w:rsidRDefault="00A945BD">
      <w:proofErr w:type="spellStart"/>
      <w:r>
        <w:t>Alumno</w:t>
      </w:r>
      <w:proofErr w:type="spellEnd"/>
      <w:r>
        <w:t xml:space="preserve">: </w:t>
      </w:r>
      <w:r w:rsidR="009E4A7E">
        <w:t xml:space="preserve">Tomás </w:t>
      </w:r>
      <w:proofErr w:type="spellStart"/>
      <w:r w:rsidR="009E4A7E">
        <w:t>Jesús</w:t>
      </w:r>
      <w:proofErr w:type="spellEnd"/>
      <w:r w:rsidR="009E4A7E">
        <w:t xml:space="preserve"> </w:t>
      </w:r>
      <w:proofErr w:type="spellStart"/>
      <w:r w:rsidR="009E4A7E">
        <w:t>Gómez</w:t>
      </w:r>
      <w:proofErr w:type="spellEnd"/>
      <w:r w:rsidR="009E4A7E">
        <w:t xml:space="preserve"> </w:t>
      </w:r>
      <w:proofErr w:type="spellStart"/>
      <w:r w:rsidR="009E4A7E">
        <w:t>Alcaraz</w:t>
      </w:r>
      <w:proofErr w:type="spellEnd"/>
    </w:p>
    <w:p w14:paraId="311250C1" w14:textId="2C76FC59" w:rsidR="00CD2190" w:rsidRDefault="00A945BD">
      <w:proofErr w:type="spellStart"/>
      <w:r>
        <w:t>Institución</w:t>
      </w:r>
      <w:proofErr w:type="spellEnd"/>
      <w:r>
        <w:t xml:space="preserve">: </w:t>
      </w:r>
      <w:proofErr w:type="spellStart"/>
      <w:r>
        <w:t>Gimnasio</w:t>
      </w:r>
      <w:proofErr w:type="spellEnd"/>
      <w:r>
        <w:t xml:space="preserve"> de </w:t>
      </w:r>
      <w:proofErr w:type="spellStart"/>
      <w:r>
        <w:t>S</w:t>
      </w:r>
      <w:r w:rsidR="009E4A7E">
        <w:t>alud</w:t>
      </w:r>
      <w:proofErr w:type="spellEnd"/>
    </w:p>
    <w:p w14:paraId="26B0C5C5" w14:textId="087E405B" w:rsidR="00CD2190" w:rsidRDefault="00A945BD">
      <w:r>
        <w:t xml:space="preserve">Tutor: Profesor </w:t>
      </w:r>
      <w:r w:rsidR="009E4A7E">
        <w:t xml:space="preserve">Marcos </w:t>
      </w:r>
    </w:p>
    <w:p w14:paraId="669FDF3F" w14:textId="71ABD52D" w:rsidR="00CD2190" w:rsidRDefault="00A945BD">
      <w:proofErr w:type="spellStart"/>
      <w:r>
        <w:t>Fecha</w:t>
      </w:r>
      <w:proofErr w:type="spellEnd"/>
      <w:r>
        <w:t xml:space="preserve"> de </w:t>
      </w:r>
      <w:proofErr w:type="spellStart"/>
      <w:r>
        <w:t>inicio</w:t>
      </w:r>
      <w:proofErr w:type="spellEnd"/>
      <w:r>
        <w:t xml:space="preserve">: </w:t>
      </w:r>
      <w:r w:rsidR="009E4A7E">
        <w:t>1/9/2025</w:t>
      </w:r>
    </w:p>
    <w:p w14:paraId="1E445512" w14:textId="3F8D0B06" w:rsidR="00CD2190" w:rsidRDefault="00A945BD">
      <w:proofErr w:type="spellStart"/>
      <w:r>
        <w:t>Fecha</w:t>
      </w:r>
      <w:proofErr w:type="spellEnd"/>
      <w:r>
        <w:t xml:space="preserve"> de </w:t>
      </w:r>
      <w:proofErr w:type="spellStart"/>
      <w:r>
        <w:t>finalización</w:t>
      </w:r>
      <w:proofErr w:type="spellEnd"/>
      <w:r>
        <w:t xml:space="preserve">: </w:t>
      </w:r>
      <w:r w:rsidR="009E4A7E">
        <w:t>1/19/2025</w:t>
      </w:r>
    </w:p>
    <w:p w14:paraId="5D926F32" w14:textId="7AD31E0B" w:rsidR="00CD2190" w:rsidRDefault="00A945BD" w:rsidP="004F3ABD">
      <w:proofErr w:type="spellStart"/>
      <w:r>
        <w:t>Introducción</w:t>
      </w:r>
      <w:proofErr w:type="spellEnd"/>
    </w:p>
    <w:p w14:paraId="55C0C41A" w14:textId="5FFDC3F4" w:rsidR="00CD2190" w:rsidRDefault="00A945BD">
      <w:r>
        <w:t xml:space="preserve">Durante el </w:t>
      </w:r>
      <w:proofErr w:type="spellStart"/>
      <w:r w:rsidR="009E4A7E">
        <w:t>mes</w:t>
      </w:r>
      <w:proofErr w:type="spellEnd"/>
      <w:r w:rsidR="009E4A7E">
        <w:t xml:space="preserve"> de </w:t>
      </w:r>
      <w:proofErr w:type="spellStart"/>
      <w:r w:rsidR="009E4A7E">
        <w:t>septiembre</w:t>
      </w:r>
      <w:proofErr w:type="spellEnd"/>
      <w:r w:rsidR="009E4A7E">
        <w:t xml:space="preserve"> </w:t>
      </w:r>
      <w:proofErr w:type="spellStart"/>
      <w:r>
        <w:t>realicé</w:t>
      </w:r>
      <w:proofErr w:type="spellEnd"/>
      <w:r>
        <w:t xml:space="preserve"> mis </w:t>
      </w:r>
      <w:proofErr w:type="spellStart"/>
      <w:r>
        <w:t>pasantías</w:t>
      </w:r>
      <w:proofErr w:type="spellEnd"/>
      <w:r>
        <w:t xml:space="preserve"> en un </w:t>
      </w:r>
      <w:proofErr w:type="spellStart"/>
      <w:r>
        <w:t>gimnasio</w:t>
      </w:r>
      <w:proofErr w:type="spellEnd"/>
      <w:r>
        <w:t xml:space="preserve"> de salud . Elegí este lugar porque me interesaba conocer de cerca cómo se trabaja en el ámbito de la actividad física, la salud y el bienestar, ya que siempre me ha </w:t>
      </w:r>
      <w:proofErr w:type="spellStart"/>
      <w:r>
        <w:t>atraído</w:t>
      </w:r>
      <w:proofErr w:type="spellEnd"/>
      <w:r>
        <w:t xml:space="preserve"> </w:t>
      </w:r>
      <w:r w:rsidR="007B51B7">
        <w:t>el</w:t>
      </w:r>
      <w:r>
        <w:t xml:space="preserve"> </w:t>
      </w:r>
      <w:proofErr w:type="spellStart"/>
      <w:r>
        <w:t>deporte</w:t>
      </w:r>
      <w:proofErr w:type="spellEnd"/>
      <w:r>
        <w:t xml:space="preserve"> y el entrenamiento. Mis objetivos principales eran aprender cómo se organiza un gimnasio, cómo se planifican las rutinas de los clientes y de qué manera se ayuda a las personas a mejorar su calidad de vida a través del ejercicio físico. Previo a comenzar la experiencia, imaginaba que iba a estar rodeado de mucha práctica, observación y también de desafíos, ya que el trato con diferentes personas requiere paciencia, comunicación y responsabilidad.</w:t>
      </w:r>
    </w:p>
    <w:p w14:paraId="5F300BB6" w14:textId="77777777" w:rsidR="00CD2190" w:rsidRDefault="00A945BD">
      <w:pPr>
        <w:pStyle w:val="Ttulo1"/>
      </w:pPr>
      <w:r>
        <w:t>Descripción de la Institución</w:t>
      </w:r>
    </w:p>
    <w:p w14:paraId="513E1F08" w14:textId="77777777" w:rsidR="00CD2190" w:rsidRDefault="00A945BD">
      <w:r>
        <w:t>El gimnasio de salud donde realicé mis pasantías es un espacio equipado con diversas máquinas, mancuernas, pesas y accesorios destinados a diferentes tipos de entrenamientos. Cuenta con instructores capacitados que acompañan a las personas en su proceso de entrenamiento, diseñando rutinas acordes a sus objetivos: bajar de peso, ganar masa muscular, tonificar, mejorar la movilidad o rehabilitarse de alguna lesión. Además, el gimnasio promueve un ambiente de motivación y compañerismo, lo cual facilita que los clientes se sientan cómodos y con ganas de seguir progresando.</w:t>
      </w:r>
    </w:p>
    <w:p w14:paraId="57394E8C" w14:textId="77777777" w:rsidR="00CD2190" w:rsidRDefault="00A945BD">
      <w:pPr>
        <w:pStyle w:val="Ttulo1"/>
      </w:pPr>
      <w:r>
        <w:t>Actividades Realizadas</w:t>
      </w:r>
    </w:p>
    <w:p w14:paraId="4C872621" w14:textId="52D706B1" w:rsidR="00CD2190" w:rsidRDefault="00A945BD">
      <w:r>
        <w:t xml:space="preserve">Durante mis pasantías participé en distintas actividades relacionadas con la organización y el funcionamiento del gimnasio. </w:t>
      </w:r>
      <w:proofErr w:type="spellStart"/>
      <w:r>
        <w:t>Entre</w:t>
      </w:r>
      <w:proofErr w:type="spellEnd"/>
      <w:r>
        <w:t xml:space="preserve"> </w:t>
      </w:r>
      <w:proofErr w:type="spellStart"/>
      <w:r>
        <w:t>algunas</w:t>
      </w:r>
      <w:proofErr w:type="spellEnd"/>
      <w:r>
        <w:t xml:space="preserve"> de </w:t>
      </w:r>
      <w:proofErr w:type="spellStart"/>
      <w:r>
        <w:t>ellas</w:t>
      </w:r>
      <w:proofErr w:type="spellEnd"/>
      <w:r>
        <w:t xml:space="preserve"> son:</w:t>
      </w:r>
      <w:r>
        <w:br/>
      </w:r>
      <w:r>
        <w:br/>
        <w:t xml:space="preserve">- </w:t>
      </w:r>
      <w:proofErr w:type="spellStart"/>
      <w:r>
        <w:t>Observación</w:t>
      </w:r>
      <w:proofErr w:type="spellEnd"/>
      <w:r>
        <w:t xml:space="preserve"> de </w:t>
      </w:r>
      <w:proofErr w:type="spellStart"/>
      <w:r>
        <w:t>rutinas</w:t>
      </w:r>
      <w:proofErr w:type="spellEnd"/>
      <w:r>
        <w:t xml:space="preserve"> y acompañamiento a los instructores en el armado de planes de entrenamiento.</w:t>
      </w:r>
      <w:r>
        <w:br/>
        <w:t>- Ayuda en la explicación de ejercicios básicos a los clientes, como el uso de máquinas o la postura correcta.</w:t>
      </w:r>
      <w:r>
        <w:br/>
        <w:t>- Colaboración en el mantenimiento del orden y limpieza del lugar.</w:t>
      </w:r>
      <w:r>
        <w:br/>
        <w:t xml:space="preserve">- Apoyo en la preparación de materiales y accesorios para que cada clase o rutina estuviera </w:t>
      </w:r>
      <w:r>
        <w:lastRenderedPageBreak/>
        <w:t>lista a tiempo.</w:t>
      </w:r>
      <w:r>
        <w:br/>
      </w:r>
      <w:r>
        <w:br/>
        <w:t>El trabajo fue principalmente en equipo, ya que siempre se mantenía comunicación con los instructores y otros compañeros para coordinar las tareas. Esta experiencia me enseñó la importancia del trabajo en conjunto y de la cooperación para lograr un buen ambiente de trabajo.</w:t>
      </w:r>
    </w:p>
    <w:p w14:paraId="77CE8E96" w14:textId="77777777" w:rsidR="00CD2190" w:rsidRDefault="00A945BD">
      <w:pPr>
        <w:pStyle w:val="Ttulo1"/>
      </w:pPr>
      <w:r>
        <w:t>Análisis de la Experiencia</w:t>
      </w:r>
    </w:p>
    <w:p w14:paraId="4A40FF16" w14:textId="6998C570" w:rsidR="00CD2190" w:rsidRDefault="00A945BD">
      <w:r>
        <w:t xml:space="preserve">Una de las principales dificultades que enfrenté fue al inicio, cuando debía hablar con clientes del gimnasio y no sabía muy bien cómo dirigirme a ellos. Poco a poco fui tomando confianza y aprendí a comunicarme con respeto y seguridad. Otro </w:t>
      </w:r>
      <w:proofErr w:type="spellStart"/>
      <w:r>
        <w:t>desafío</w:t>
      </w:r>
      <w:proofErr w:type="spellEnd"/>
      <w:r>
        <w:t xml:space="preserve"> </w:t>
      </w:r>
      <w:proofErr w:type="spellStart"/>
      <w:r>
        <w:t>fue</w:t>
      </w:r>
      <w:proofErr w:type="spellEnd"/>
      <w:r>
        <w:t xml:space="preserve"> </w:t>
      </w:r>
      <w:proofErr w:type="spellStart"/>
      <w:r>
        <w:t>comprender</w:t>
      </w:r>
      <w:proofErr w:type="spellEnd"/>
      <w:r>
        <w:t xml:space="preserve"> el </w:t>
      </w:r>
      <w:proofErr w:type="spellStart"/>
      <w:r>
        <w:t>funcionamiento</w:t>
      </w:r>
      <w:proofErr w:type="spellEnd"/>
      <w:r>
        <w:t xml:space="preserve"> de </w:t>
      </w:r>
      <w:proofErr w:type="spellStart"/>
      <w:r>
        <w:t>algunas</w:t>
      </w:r>
      <w:proofErr w:type="spellEnd"/>
      <w:r>
        <w:t xml:space="preserve"> </w:t>
      </w:r>
      <w:proofErr w:type="spellStart"/>
      <w:r>
        <w:t>máquinas</w:t>
      </w:r>
      <w:proofErr w:type="spellEnd"/>
      <w:r>
        <w:t>, ya que no todas son fáciles de usar, pero con la práctica y la guía de los instructores logré superarlo.</w:t>
      </w:r>
      <w:r>
        <w:br/>
      </w:r>
      <w:r>
        <w:br/>
        <w:t>Entre las habilidades desarrolladas puedo destacar la comunicación, la responsabilidad, la empatía y el compromiso con las tareas asignadas. También adquirí conocimientos prácticos sobre entrenamiento y salud que complementan lo aprendido en la escuela. En este sentido, pude conectar contenidos de educación física y biología con la práctica real de ayudar a personas a mejorar su estado físico.</w:t>
      </w:r>
    </w:p>
    <w:p w14:paraId="3A86CCBA" w14:textId="77777777" w:rsidR="00CD2190" w:rsidRDefault="00A945BD">
      <w:pPr>
        <w:pStyle w:val="Ttulo1"/>
      </w:pPr>
      <w:r>
        <w:t>Evaluación Personal</w:t>
      </w:r>
    </w:p>
    <w:p w14:paraId="6068DE53" w14:textId="77777777" w:rsidR="00CD2190" w:rsidRDefault="00A945BD">
      <w:r>
        <w:t>Esta pasantía fue una experiencia enriquecedora tanto en lo personal como en lo académico. Me permitió reforzar valores como el respeto, la responsabilidad y la disciplina, al mismo tiempo que me abrió la mirada sobre posibles caminos a futuro. Considero que influyó de manera positiva en mis decisiones, ya que me motivó a seguir formándome en temas relacionados con la salud y el entrenamiento físico.</w:t>
      </w:r>
      <w:r>
        <w:br/>
      </w:r>
      <w:r>
        <w:br/>
        <w:t>Si tuviera que repetir la experiencia, intentaría involucrarme aún más en la práctica con los clientes, para ganar más confianza y seguir aprendiendo en contacto directo con ellos.</w:t>
      </w:r>
    </w:p>
    <w:p w14:paraId="3225FF6E" w14:textId="77777777" w:rsidR="00CD2190" w:rsidRDefault="00A945BD">
      <w:pPr>
        <w:pStyle w:val="Ttulo1"/>
      </w:pPr>
      <w:r>
        <w:t>Conclusiones</w:t>
      </w:r>
    </w:p>
    <w:p w14:paraId="76C4DA4D" w14:textId="77777777" w:rsidR="00CD2190" w:rsidRDefault="00A945BD">
      <w:r>
        <w:t xml:space="preserve">En conclusión, las pasantías en el gimnasio de salud fueron una experiencia sumamente valiosa, donde pude aprender, observar y poner en práctica distintos aspectos del trabajo en el ámbito deportivo. Logré cumplir mis objetivos iniciales y adquirí nuevos conocimientos que sin duda me servirán en el futuro. El impacto más importante fue darme cuenta de que me apasiona el mundo del entrenamiento y que me gustaría seguir </w:t>
      </w:r>
      <w:proofErr w:type="spellStart"/>
      <w:r>
        <w:t>profundizando</w:t>
      </w:r>
      <w:proofErr w:type="spellEnd"/>
      <w:r>
        <w:t xml:space="preserve"> en este campo.</w:t>
      </w:r>
    </w:p>
    <w:p w14:paraId="78F7B6C7" w14:textId="5EF6D147" w:rsidR="00CD2190" w:rsidRDefault="00A945BD">
      <w:pPr>
        <w:pStyle w:val="Ttulo1"/>
      </w:pPr>
      <w:proofErr w:type="spellStart"/>
      <w:r>
        <w:lastRenderedPageBreak/>
        <w:t>Recomendaciones</w:t>
      </w:r>
      <w:proofErr w:type="spellEnd"/>
    </w:p>
    <w:p w14:paraId="522BE568" w14:textId="62CEF314" w:rsidR="00CD2190" w:rsidRDefault="00A945BD">
      <w:r>
        <w:t xml:space="preserve">A los </w:t>
      </w:r>
      <w:proofErr w:type="spellStart"/>
      <w:r>
        <w:t>futuros</w:t>
      </w:r>
      <w:proofErr w:type="spellEnd"/>
      <w:r>
        <w:t xml:space="preserve"> </w:t>
      </w:r>
      <w:proofErr w:type="spellStart"/>
      <w:r w:rsidR="00CD12ED">
        <w:t>chicos</w:t>
      </w:r>
      <w:proofErr w:type="spellEnd"/>
      <w:r w:rsidR="00CD12ED">
        <w:t xml:space="preserve"> </w:t>
      </w:r>
      <w:proofErr w:type="spellStart"/>
      <w:r w:rsidR="00CD12ED">
        <w:t>que</w:t>
      </w:r>
      <w:proofErr w:type="spellEnd"/>
      <w:r w:rsidR="00CD12ED">
        <w:t xml:space="preserve"> </w:t>
      </w:r>
      <w:proofErr w:type="spellStart"/>
      <w:r w:rsidR="00CD12ED">
        <w:t>vayan</w:t>
      </w:r>
      <w:proofErr w:type="spellEnd"/>
      <w:r w:rsidR="00CD12ED">
        <w:t xml:space="preserve"> </w:t>
      </w:r>
      <w:proofErr w:type="spellStart"/>
      <w:r w:rsidR="00CD12ED">
        <w:t>hacer</w:t>
      </w:r>
      <w:proofErr w:type="spellEnd"/>
      <w:r w:rsidR="00CD12ED">
        <w:t xml:space="preserve"> las pasantías </w:t>
      </w:r>
      <w:r>
        <w:t xml:space="preserve"> les </w:t>
      </w:r>
      <w:proofErr w:type="spellStart"/>
      <w:r>
        <w:t>recomiendo</w:t>
      </w:r>
      <w:proofErr w:type="spellEnd"/>
      <w:r>
        <w:t xml:space="preserve"> </w:t>
      </w:r>
      <w:proofErr w:type="spellStart"/>
      <w:r>
        <w:t>aprovechar</w:t>
      </w:r>
      <w:proofErr w:type="spellEnd"/>
      <w:r>
        <w:t xml:space="preserve"> al máximo esta experiencia, no tener miedo de preguntar y siempre estar dispuestos a ayudar. La pasantía no solo es una oportunidad para aprender, sino también para crecer como personas. Al gimnasio le sugeriría seguir fomentando la integración de los pasantes, dándoles la posibilidad de participar en más actividades prácticas, ya </w:t>
      </w:r>
      <w:proofErr w:type="spellStart"/>
      <w:r>
        <w:t>que</w:t>
      </w:r>
      <w:proofErr w:type="spellEnd"/>
      <w:r>
        <w:t xml:space="preserve"> </w:t>
      </w:r>
      <w:proofErr w:type="spellStart"/>
      <w:r>
        <w:t>esto</w:t>
      </w:r>
      <w:proofErr w:type="spellEnd"/>
      <w:r>
        <w:t xml:space="preserve"> </w:t>
      </w:r>
      <w:proofErr w:type="spellStart"/>
      <w:r>
        <w:t>enriquece</w:t>
      </w:r>
      <w:proofErr w:type="spellEnd"/>
      <w:r>
        <w:t xml:space="preserve"> mucho el </w:t>
      </w:r>
      <w:proofErr w:type="spellStart"/>
      <w:r>
        <w:t>aprendizaje</w:t>
      </w:r>
      <w:proofErr w:type="spellEnd"/>
      <w:r>
        <w:t>.</w:t>
      </w:r>
    </w:p>
    <w:p w14:paraId="5C1295C9" w14:textId="0695BDAB" w:rsidR="006B048E" w:rsidRDefault="006B048E"/>
    <w:p w14:paraId="0ACCC098" w14:textId="0E3ECBD3" w:rsidR="006B048E" w:rsidRDefault="007229B4">
      <w:r>
        <w:rPr>
          <w:noProof/>
        </w:rPr>
        <w:drawing>
          <wp:anchor distT="0" distB="0" distL="114300" distR="114300" simplePos="0" relativeHeight="251659264" behindDoc="0" locked="0" layoutInCell="1" allowOverlap="1" wp14:anchorId="2EEE3E4E" wp14:editId="0FB782D3">
            <wp:simplePos x="0" y="0"/>
            <wp:positionH relativeFrom="column">
              <wp:posOffset>-248920</wp:posOffset>
            </wp:positionH>
            <wp:positionV relativeFrom="paragraph">
              <wp:posOffset>230505</wp:posOffset>
            </wp:positionV>
            <wp:extent cx="4815840" cy="3495040"/>
            <wp:effectExtent l="0" t="0" r="0" b="0"/>
            <wp:wrapTopAndBottom/>
            <wp:docPr id="25951779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17796" name="Imagen 259517796"/>
                    <pic:cNvPicPr/>
                  </pic:nvPicPr>
                  <pic:blipFill>
                    <a:blip r:embed="rId6"/>
                    <a:stretch>
                      <a:fillRect/>
                    </a:stretch>
                  </pic:blipFill>
                  <pic:spPr>
                    <a:xfrm>
                      <a:off x="0" y="0"/>
                      <a:ext cx="4815840" cy="3495040"/>
                    </a:xfrm>
                    <a:prstGeom prst="rect">
                      <a:avLst/>
                    </a:prstGeom>
                  </pic:spPr>
                </pic:pic>
              </a:graphicData>
            </a:graphic>
            <wp14:sizeRelH relativeFrom="margin">
              <wp14:pctWidth>0</wp14:pctWidth>
            </wp14:sizeRelH>
            <wp14:sizeRelV relativeFrom="margin">
              <wp14:pctHeight>0</wp14:pctHeight>
            </wp14:sizeRelV>
          </wp:anchor>
        </w:drawing>
      </w:r>
    </w:p>
    <w:p w14:paraId="200B4BF1" w14:textId="16B08DDB" w:rsidR="006B048E" w:rsidRDefault="006B048E"/>
    <w:p w14:paraId="30FB17F9" w14:textId="33EE18DD" w:rsidR="006B048E" w:rsidRDefault="006B048E"/>
    <w:p w14:paraId="0D534AC9" w14:textId="558C4FFB" w:rsidR="006B048E" w:rsidRDefault="006B048E"/>
    <w:p w14:paraId="3ABC9751" w14:textId="6252A637" w:rsidR="006B048E" w:rsidRDefault="006B048E"/>
    <w:sectPr w:rsidR="006B048E"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B06040202020202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aconnmeros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aconnmeros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aconvietas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aconvietas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aconnmeros"/>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aconvietas"/>
      <w:lvlText w:val=""/>
      <w:lvlJc w:val="left"/>
      <w:pPr>
        <w:tabs>
          <w:tab w:val="num" w:pos="360"/>
        </w:tabs>
        <w:ind w:left="360" w:hanging="360"/>
      </w:pPr>
      <w:rPr>
        <w:rFonts w:ascii="Symbol" w:hAnsi="Symbol" w:hint="default"/>
      </w:rPr>
    </w:lvl>
  </w:abstractNum>
  <w:num w:numId="1" w16cid:durableId="417823759">
    <w:abstractNumId w:val="8"/>
  </w:num>
  <w:num w:numId="2" w16cid:durableId="958488582">
    <w:abstractNumId w:val="6"/>
  </w:num>
  <w:num w:numId="3" w16cid:durableId="1939829012">
    <w:abstractNumId w:val="5"/>
  </w:num>
  <w:num w:numId="4" w16cid:durableId="2003508545">
    <w:abstractNumId w:val="4"/>
  </w:num>
  <w:num w:numId="5" w16cid:durableId="613682137">
    <w:abstractNumId w:val="7"/>
  </w:num>
  <w:num w:numId="6" w16cid:durableId="349181664">
    <w:abstractNumId w:val="3"/>
  </w:num>
  <w:num w:numId="7" w16cid:durableId="490752454">
    <w:abstractNumId w:val="2"/>
  </w:num>
  <w:num w:numId="8" w16cid:durableId="896478962">
    <w:abstractNumId w:val="1"/>
  </w:num>
  <w:num w:numId="9" w16cid:durableId="18090132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3"/>
  <w:proofState w:spelling="clean"/>
  <w:revisionView w:inkAnnotations="0"/>
  <w:defaultTabStop w:val="720"/>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34616"/>
    <w:rsid w:val="0006063C"/>
    <w:rsid w:val="000C376D"/>
    <w:rsid w:val="000D0683"/>
    <w:rsid w:val="000D3745"/>
    <w:rsid w:val="0015074B"/>
    <w:rsid w:val="0029639D"/>
    <w:rsid w:val="00326F90"/>
    <w:rsid w:val="0039691D"/>
    <w:rsid w:val="00467165"/>
    <w:rsid w:val="004F3ABD"/>
    <w:rsid w:val="006B048E"/>
    <w:rsid w:val="006D7AFD"/>
    <w:rsid w:val="007229B4"/>
    <w:rsid w:val="007B51B7"/>
    <w:rsid w:val="00964D96"/>
    <w:rsid w:val="009E4A7E"/>
    <w:rsid w:val="00A945BD"/>
    <w:rsid w:val="00AA1D8D"/>
    <w:rsid w:val="00B47730"/>
    <w:rsid w:val="00CB0664"/>
    <w:rsid w:val="00CD12ED"/>
    <w:rsid w:val="00CD2190"/>
    <w:rsid w:val="00CD4511"/>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9A68D0C"/>
  <w14:defaultImageDpi w14:val="300"/>
  <w15:docId w15:val="{D2171353-1547-2F4A-BD83-3636CE81BB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Ttulo1">
    <w:name w:val="heading 1"/>
    <w:basedOn w:val="Normal"/>
    <w:next w:val="Normal"/>
    <w:link w:val="Ttulo1C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Ttulo9">
    <w:name w:val="heading 9"/>
    <w:basedOn w:val="Normal"/>
    <w:next w:val="Normal"/>
    <w:link w:val="Ttulo9C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618BF"/>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E618BF"/>
  </w:style>
  <w:style w:type="paragraph" w:styleId="Piedepgina">
    <w:name w:val="footer"/>
    <w:basedOn w:val="Normal"/>
    <w:link w:val="PiedepginaCar"/>
    <w:uiPriority w:val="99"/>
    <w:unhideWhenUsed/>
    <w:rsid w:val="00E618BF"/>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E618BF"/>
  </w:style>
  <w:style w:type="paragraph" w:styleId="Sinespaciado">
    <w:name w:val="No Spacing"/>
    <w:uiPriority w:val="1"/>
    <w:qFormat/>
    <w:rsid w:val="00FC693F"/>
    <w:pPr>
      <w:spacing w:after="0" w:line="240" w:lineRule="auto"/>
    </w:pPr>
  </w:style>
  <w:style w:type="character" w:customStyle="1" w:styleId="Ttulo1Car">
    <w:name w:val="Título 1 Car"/>
    <w:basedOn w:val="Fuentedeprrafopredeter"/>
    <w:link w:val="Ttulo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FC693F"/>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FC693F"/>
    <w:rPr>
      <w:rFonts w:asciiTheme="majorHAnsi" w:eastAsiaTheme="majorEastAsia" w:hAnsiTheme="majorHAnsi" w:cstheme="majorBidi"/>
      <w:b/>
      <w:bCs/>
      <w:color w:val="4F81BD" w:themeColor="accent1"/>
    </w:rPr>
  </w:style>
  <w:style w:type="paragraph" w:styleId="Ttulo">
    <w:name w:val="Title"/>
    <w:basedOn w:val="Normal"/>
    <w:next w:val="Normal"/>
    <w:link w:val="TtuloC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FC693F"/>
    <w:rPr>
      <w:rFonts w:asciiTheme="majorHAnsi" w:eastAsiaTheme="majorEastAsia" w:hAnsiTheme="majorHAnsi" w:cstheme="majorBidi"/>
      <w:i/>
      <w:iCs/>
      <w:color w:val="4F81BD" w:themeColor="accent1"/>
      <w:spacing w:val="15"/>
      <w:sz w:val="24"/>
      <w:szCs w:val="24"/>
    </w:rPr>
  </w:style>
  <w:style w:type="paragraph" w:styleId="Prrafodelista">
    <w:name w:val="List Paragraph"/>
    <w:basedOn w:val="Normal"/>
    <w:uiPriority w:val="34"/>
    <w:qFormat/>
    <w:rsid w:val="00FC693F"/>
    <w:pPr>
      <w:ind w:left="720"/>
      <w:contextualSpacing/>
    </w:pPr>
  </w:style>
  <w:style w:type="paragraph" w:styleId="Textoindependiente">
    <w:name w:val="Body Text"/>
    <w:basedOn w:val="Normal"/>
    <w:link w:val="TextoindependienteCar"/>
    <w:uiPriority w:val="99"/>
    <w:unhideWhenUsed/>
    <w:rsid w:val="00AA1D8D"/>
    <w:pPr>
      <w:spacing w:after="120"/>
    </w:pPr>
  </w:style>
  <w:style w:type="character" w:customStyle="1" w:styleId="TextoindependienteCar">
    <w:name w:val="Texto independiente Car"/>
    <w:basedOn w:val="Fuentedeprrafopredeter"/>
    <w:link w:val="Textoindependiente"/>
    <w:uiPriority w:val="99"/>
    <w:rsid w:val="00AA1D8D"/>
  </w:style>
  <w:style w:type="paragraph" w:styleId="Textoindependiente2">
    <w:name w:val="Body Text 2"/>
    <w:basedOn w:val="Normal"/>
    <w:link w:val="Textoindependiente2Car"/>
    <w:uiPriority w:val="99"/>
    <w:unhideWhenUsed/>
    <w:rsid w:val="00AA1D8D"/>
    <w:pPr>
      <w:spacing w:after="120" w:line="480" w:lineRule="auto"/>
    </w:pPr>
  </w:style>
  <w:style w:type="character" w:customStyle="1" w:styleId="Textoindependiente2Car">
    <w:name w:val="Texto independiente 2 Car"/>
    <w:basedOn w:val="Fuentedeprrafopredeter"/>
    <w:link w:val="Textoindependiente2"/>
    <w:uiPriority w:val="99"/>
    <w:rsid w:val="00AA1D8D"/>
  </w:style>
  <w:style w:type="paragraph" w:styleId="Textoindependiente3">
    <w:name w:val="Body Text 3"/>
    <w:basedOn w:val="Normal"/>
    <w:link w:val="Textoindependiente3Car"/>
    <w:uiPriority w:val="99"/>
    <w:unhideWhenUsed/>
    <w:rsid w:val="00AA1D8D"/>
    <w:pPr>
      <w:spacing w:after="120"/>
    </w:pPr>
    <w:rPr>
      <w:sz w:val="16"/>
      <w:szCs w:val="16"/>
    </w:rPr>
  </w:style>
  <w:style w:type="character" w:customStyle="1" w:styleId="Textoindependiente3Car">
    <w:name w:val="Texto independiente 3 Car"/>
    <w:basedOn w:val="Fuentedeprrafopredeter"/>
    <w:link w:val="Textoindependiente3"/>
    <w:uiPriority w:val="99"/>
    <w:rsid w:val="00AA1D8D"/>
    <w:rPr>
      <w:sz w:val="16"/>
      <w:szCs w:val="16"/>
    </w:rPr>
  </w:style>
  <w:style w:type="paragraph" w:styleId="Lista">
    <w:name w:val="List"/>
    <w:basedOn w:val="Normal"/>
    <w:uiPriority w:val="99"/>
    <w:unhideWhenUsed/>
    <w:rsid w:val="00AA1D8D"/>
    <w:pPr>
      <w:ind w:left="360" w:hanging="360"/>
      <w:contextualSpacing/>
    </w:pPr>
  </w:style>
  <w:style w:type="paragraph" w:styleId="Lista2">
    <w:name w:val="List 2"/>
    <w:basedOn w:val="Normal"/>
    <w:uiPriority w:val="99"/>
    <w:unhideWhenUsed/>
    <w:rsid w:val="00326F90"/>
    <w:pPr>
      <w:ind w:left="720" w:hanging="360"/>
      <w:contextualSpacing/>
    </w:pPr>
  </w:style>
  <w:style w:type="paragraph" w:styleId="Lista3">
    <w:name w:val="List 3"/>
    <w:basedOn w:val="Normal"/>
    <w:uiPriority w:val="99"/>
    <w:unhideWhenUsed/>
    <w:rsid w:val="00326F90"/>
    <w:pPr>
      <w:ind w:left="1080" w:hanging="360"/>
      <w:contextualSpacing/>
    </w:pPr>
  </w:style>
  <w:style w:type="paragraph" w:styleId="Listaconvietas">
    <w:name w:val="List Bullet"/>
    <w:basedOn w:val="Normal"/>
    <w:uiPriority w:val="99"/>
    <w:unhideWhenUsed/>
    <w:rsid w:val="00326F90"/>
    <w:pPr>
      <w:numPr>
        <w:numId w:val="1"/>
      </w:numPr>
      <w:contextualSpacing/>
    </w:pPr>
  </w:style>
  <w:style w:type="paragraph" w:styleId="Listaconvietas2">
    <w:name w:val="List Bullet 2"/>
    <w:basedOn w:val="Normal"/>
    <w:uiPriority w:val="99"/>
    <w:unhideWhenUsed/>
    <w:rsid w:val="00326F90"/>
    <w:pPr>
      <w:numPr>
        <w:numId w:val="2"/>
      </w:numPr>
      <w:contextualSpacing/>
    </w:pPr>
  </w:style>
  <w:style w:type="paragraph" w:styleId="Listaconvietas3">
    <w:name w:val="List Bullet 3"/>
    <w:basedOn w:val="Normal"/>
    <w:uiPriority w:val="99"/>
    <w:unhideWhenUsed/>
    <w:rsid w:val="00326F90"/>
    <w:pPr>
      <w:numPr>
        <w:numId w:val="3"/>
      </w:numPr>
      <w:contextualSpacing/>
    </w:pPr>
  </w:style>
  <w:style w:type="paragraph" w:styleId="Listaconnmeros">
    <w:name w:val="List Number"/>
    <w:basedOn w:val="Normal"/>
    <w:uiPriority w:val="99"/>
    <w:unhideWhenUsed/>
    <w:rsid w:val="00326F90"/>
    <w:pPr>
      <w:numPr>
        <w:numId w:val="5"/>
      </w:numPr>
      <w:contextualSpacing/>
    </w:pPr>
  </w:style>
  <w:style w:type="paragraph" w:styleId="Listaconnmeros2">
    <w:name w:val="List Number 2"/>
    <w:basedOn w:val="Normal"/>
    <w:uiPriority w:val="99"/>
    <w:unhideWhenUsed/>
    <w:rsid w:val="0029639D"/>
    <w:pPr>
      <w:numPr>
        <w:numId w:val="6"/>
      </w:numPr>
      <w:contextualSpacing/>
    </w:pPr>
  </w:style>
  <w:style w:type="paragraph" w:styleId="Listaconnmeros3">
    <w:name w:val="List Number 3"/>
    <w:basedOn w:val="Normal"/>
    <w:uiPriority w:val="99"/>
    <w:unhideWhenUsed/>
    <w:rsid w:val="0029639D"/>
    <w:pPr>
      <w:numPr>
        <w:numId w:val="7"/>
      </w:numPr>
      <w:contextualSpacing/>
    </w:pPr>
  </w:style>
  <w:style w:type="paragraph" w:styleId="Continuarlista">
    <w:name w:val="List Continue"/>
    <w:basedOn w:val="Normal"/>
    <w:uiPriority w:val="99"/>
    <w:unhideWhenUsed/>
    <w:rsid w:val="0029639D"/>
    <w:pPr>
      <w:spacing w:after="120"/>
      <w:ind w:left="360"/>
      <w:contextualSpacing/>
    </w:pPr>
  </w:style>
  <w:style w:type="paragraph" w:styleId="Continuarlista2">
    <w:name w:val="List Continue 2"/>
    <w:basedOn w:val="Normal"/>
    <w:uiPriority w:val="99"/>
    <w:unhideWhenUsed/>
    <w:rsid w:val="0029639D"/>
    <w:pPr>
      <w:spacing w:after="120"/>
      <w:ind w:left="720"/>
      <w:contextualSpacing/>
    </w:pPr>
  </w:style>
  <w:style w:type="paragraph" w:styleId="Continuarlista3">
    <w:name w:val="List Continue 3"/>
    <w:basedOn w:val="Normal"/>
    <w:uiPriority w:val="99"/>
    <w:unhideWhenUsed/>
    <w:rsid w:val="0029639D"/>
    <w:pPr>
      <w:spacing w:after="120"/>
      <w:ind w:left="1080"/>
      <w:contextualSpacing/>
    </w:pPr>
  </w:style>
  <w:style w:type="paragraph" w:styleId="Textomacro">
    <w:name w:val="macro"/>
    <w:link w:val="TextomacroC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TextomacroCar">
    <w:name w:val="Texto macro Car"/>
    <w:basedOn w:val="Fuentedeprrafopredeter"/>
    <w:link w:val="Textomacro"/>
    <w:uiPriority w:val="99"/>
    <w:rsid w:val="0029639D"/>
    <w:rPr>
      <w:rFonts w:ascii="Courier" w:hAnsi="Courier"/>
      <w:sz w:val="20"/>
      <w:szCs w:val="20"/>
    </w:rPr>
  </w:style>
  <w:style w:type="paragraph" w:styleId="Cita">
    <w:name w:val="Quote"/>
    <w:basedOn w:val="Normal"/>
    <w:next w:val="Normal"/>
    <w:link w:val="CitaCar"/>
    <w:uiPriority w:val="29"/>
    <w:qFormat/>
    <w:rsid w:val="00FC693F"/>
    <w:rPr>
      <w:i/>
      <w:iCs/>
      <w:color w:val="000000" w:themeColor="text1"/>
    </w:rPr>
  </w:style>
  <w:style w:type="character" w:customStyle="1" w:styleId="CitaCar">
    <w:name w:val="Cita Car"/>
    <w:basedOn w:val="Fuentedeprrafopredeter"/>
    <w:link w:val="Cita"/>
    <w:uiPriority w:val="29"/>
    <w:rsid w:val="00FC693F"/>
    <w:rPr>
      <w:i/>
      <w:iCs/>
      <w:color w:val="000000" w:themeColor="text1"/>
    </w:rPr>
  </w:style>
  <w:style w:type="character" w:customStyle="1" w:styleId="Ttulo4Car">
    <w:name w:val="Título 4 Car"/>
    <w:basedOn w:val="Fuentedeprrafopredeter"/>
    <w:link w:val="Ttulo4"/>
    <w:uiPriority w:val="9"/>
    <w:semiHidden/>
    <w:rsid w:val="00FC693F"/>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semiHidden/>
    <w:rsid w:val="00FC693F"/>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semiHidden/>
    <w:rsid w:val="00FC693F"/>
    <w:rPr>
      <w:rFonts w:asciiTheme="majorHAnsi" w:eastAsiaTheme="majorEastAsia" w:hAnsiTheme="majorHAnsi" w:cstheme="majorBidi"/>
      <w:i/>
      <w:iCs/>
      <w:color w:val="243F60" w:themeColor="accent1" w:themeShade="7F"/>
    </w:rPr>
  </w:style>
  <w:style w:type="character" w:customStyle="1" w:styleId="Ttulo7Car">
    <w:name w:val="Título 7 Car"/>
    <w:basedOn w:val="Fuentedeprrafopredeter"/>
    <w:link w:val="Ttulo7"/>
    <w:uiPriority w:val="9"/>
    <w:semiHidden/>
    <w:rsid w:val="00FC693F"/>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FC693F"/>
    <w:rPr>
      <w:rFonts w:asciiTheme="majorHAnsi" w:eastAsiaTheme="majorEastAsia" w:hAnsiTheme="majorHAnsi" w:cstheme="majorBidi"/>
      <w:color w:val="4F81BD" w:themeColor="accent1"/>
      <w:sz w:val="20"/>
      <w:szCs w:val="20"/>
    </w:rPr>
  </w:style>
  <w:style w:type="character" w:customStyle="1" w:styleId="Ttulo9Car">
    <w:name w:val="Título 9 Car"/>
    <w:basedOn w:val="Fuentedeprrafopredeter"/>
    <w:link w:val="Ttulo9"/>
    <w:uiPriority w:val="9"/>
    <w:semiHidden/>
    <w:rsid w:val="00FC693F"/>
    <w:rPr>
      <w:rFonts w:asciiTheme="majorHAnsi" w:eastAsiaTheme="majorEastAsia" w:hAnsiTheme="majorHAnsi" w:cstheme="majorBidi"/>
      <w:i/>
      <w:iCs/>
      <w:color w:val="404040" w:themeColor="text1" w:themeTint="BF"/>
      <w:sz w:val="20"/>
      <w:szCs w:val="20"/>
    </w:rPr>
  </w:style>
  <w:style w:type="paragraph" w:styleId="Descripci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Textoennegrita">
    <w:name w:val="Strong"/>
    <w:basedOn w:val="Fuentedeprrafopredeter"/>
    <w:uiPriority w:val="22"/>
    <w:qFormat/>
    <w:rsid w:val="00FC693F"/>
    <w:rPr>
      <w:b/>
      <w:bCs/>
    </w:rPr>
  </w:style>
  <w:style w:type="character" w:styleId="nfasis">
    <w:name w:val="Emphasis"/>
    <w:basedOn w:val="Fuentedeprrafopredeter"/>
    <w:uiPriority w:val="20"/>
    <w:qFormat/>
    <w:rsid w:val="00FC693F"/>
    <w:rPr>
      <w:i/>
      <w:iCs/>
    </w:rPr>
  </w:style>
  <w:style w:type="paragraph" w:styleId="Citadestacada">
    <w:name w:val="Intense Quote"/>
    <w:basedOn w:val="Normal"/>
    <w:next w:val="Normal"/>
    <w:link w:val="CitadestacadaC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FC693F"/>
    <w:rPr>
      <w:b/>
      <w:bCs/>
      <w:i/>
      <w:iCs/>
      <w:color w:val="4F81BD" w:themeColor="accent1"/>
    </w:rPr>
  </w:style>
  <w:style w:type="character" w:styleId="nfasissutil">
    <w:name w:val="Subtle Emphasis"/>
    <w:basedOn w:val="Fuentedeprrafopredeter"/>
    <w:uiPriority w:val="19"/>
    <w:qFormat/>
    <w:rsid w:val="00FC693F"/>
    <w:rPr>
      <w:i/>
      <w:iCs/>
      <w:color w:val="808080" w:themeColor="text1" w:themeTint="7F"/>
    </w:rPr>
  </w:style>
  <w:style w:type="character" w:styleId="nfasisintenso">
    <w:name w:val="Intense Emphasis"/>
    <w:basedOn w:val="Fuentedeprrafopredeter"/>
    <w:uiPriority w:val="21"/>
    <w:qFormat/>
    <w:rsid w:val="00FC693F"/>
    <w:rPr>
      <w:b/>
      <w:bCs/>
      <w:i/>
      <w:iCs/>
      <w:color w:val="4F81BD" w:themeColor="accent1"/>
    </w:rPr>
  </w:style>
  <w:style w:type="character" w:styleId="Referenciasutil">
    <w:name w:val="Subtle Reference"/>
    <w:basedOn w:val="Fuentedeprrafopredeter"/>
    <w:uiPriority w:val="31"/>
    <w:qFormat/>
    <w:rsid w:val="00FC693F"/>
    <w:rPr>
      <w:smallCaps/>
      <w:color w:val="C0504D" w:themeColor="accent2"/>
      <w:u w:val="single"/>
    </w:rPr>
  </w:style>
  <w:style w:type="character" w:styleId="Referenciaintensa">
    <w:name w:val="Intense Reference"/>
    <w:basedOn w:val="Fuentedeprrafopredeter"/>
    <w:uiPriority w:val="32"/>
    <w:qFormat/>
    <w:rsid w:val="00FC693F"/>
    <w:rPr>
      <w:b/>
      <w:bCs/>
      <w:smallCaps/>
      <w:color w:val="C0504D" w:themeColor="accent2"/>
      <w:spacing w:val="5"/>
      <w:u w:val="single"/>
    </w:rPr>
  </w:style>
  <w:style w:type="character" w:styleId="Ttulodellibro">
    <w:name w:val="Book Title"/>
    <w:basedOn w:val="Fuentedeprrafopredeter"/>
    <w:uiPriority w:val="33"/>
    <w:qFormat/>
    <w:rsid w:val="00FC693F"/>
    <w:rPr>
      <w:b/>
      <w:bCs/>
      <w:smallCaps/>
      <w:spacing w:val="5"/>
    </w:rPr>
  </w:style>
  <w:style w:type="paragraph" w:styleId="TtuloTDC">
    <w:name w:val="TOC Heading"/>
    <w:basedOn w:val="Ttulo1"/>
    <w:next w:val="Normal"/>
    <w:uiPriority w:val="39"/>
    <w:semiHidden/>
    <w:unhideWhenUsed/>
    <w:qFormat/>
    <w:rsid w:val="00FC693F"/>
    <w:pPr>
      <w:outlineLvl w:val="9"/>
    </w:pPr>
  </w:style>
  <w:style w:type="table" w:styleId="Tablaconcuadrcula">
    <w:name w:val="Table Grid"/>
    <w:basedOn w:val="Tabla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
    <w:name w:val="Light Shading"/>
    <w:basedOn w:val="Tabla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1">
    <w:name w:val="Light Shading Accent 1"/>
    <w:basedOn w:val="Tabla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2">
    <w:name w:val="Light Shading Accent 2"/>
    <w:basedOn w:val="Tabla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3">
    <w:name w:val="Light Shading Accent 3"/>
    <w:basedOn w:val="Tabla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doclaro-nfasis4">
    <w:name w:val="Light Shading Accent 4"/>
    <w:basedOn w:val="Tabla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5">
    <w:name w:val="Light Shading Accent 5"/>
    <w:basedOn w:val="Tabla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doclaro-nfasis6">
    <w:name w:val="Light Shading Accent 6"/>
    <w:basedOn w:val="Tabla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staclara">
    <w:name w:val="Light List"/>
    <w:basedOn w:val="Tabla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nfasis2">
    <w:name w:val="Light List Accent 2"/>
    <w:basedOn w:val="Tabla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staclara-nfasis3">
    <w:name w:val="Light List Accent 3"/>
    <w:basedOn w:val="Tabla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staclara-nfasis4">
    <w:name w:val="Light List Accent 4"/>
    <w:basedOn w:val="Tabla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staclara-nfasis5">
    <w:name w:val="Light List Accent 5"/>
    <w:basedOn w:val="Tabla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staclara-nfasis6">
    <w:name w:val="Light List Accent 6"/>
    <w:basedOn w:val="Tabla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Cuadrculaclara">
    <w:name w:val="Light Grid"/>
    <w:basedOn w:val="Tabla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Cuadrculaclara-nfasis1">
    <w:name w:val="Light Grid Accent 1"/>
    <w:basedOn w:val="Tabla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Cuadrculaclara-nfasis2">
    <w:name w:val="Light Grid Accent 2"/>
    <w:basedOn w:val="Tabla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Cuadrculaclara-nfasis3">
    <w:name w:val="Light Grid Accent 3"/>
    <w:basedOn w:val="Tabla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Cuadrculaclara-nfasis4">
    <w:name w:val="Light Grid Accent 4"/>
    <w:basedOn w:val="Tabla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Cuadrculaclara-nfasis5">
    <w:name w:val="Light Grid Accent 5"/>
    <w:basedOn w:val="Tabla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Cuadrculaclara-nfasis6">
    <w:name w:val="Light Grid Accent 6"/>
    <w:basedOn w:val="Tabla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Sombreadomedio1">
    <w:name w:val="Medium Shading 1"/>
    <w:basedOn w:val="Tabla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ombreadomedio1-nfasis2">
    <w:name w:val="Medium Shading 1 Accent 2"/>
    <w:basedOn w:val="Tabla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Sombreadomedio1-nfasis3">
    <w:name w:val="Medium Shading 1 Accent 3"/>
    <w:basedOn w:val="Tabla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Sombreadomedio1-nfasis4">
    <w:name w:val="Medium Shading 1 Accent 4"/>
    <w:basedOn w:val="Tabla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Sombreadomedio1-nfasis5">
    <w:name w:val="Medium Shading 1 Accent 5"/>
    <w:basedOn w:val="Tabla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Sombreadomedio2">
    <w:name w:val="Medium Shading 2"/>
    <w:basedOn w:val="Tab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1">
    <w:name w:val="Medium Shading 2 Accent 1"/>
    <w:basedOn w:val="Tab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2">
    <w:name w:val="Medium Shading 2 Accent 2"/>
    <w:basedOn w:val="Tab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3">
    <w:name w:val="Medium Shading 2 Accent 3"/>
    <w:basedOn w:val="Tab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4">
    <w:name w:val="Medium Shading 2 Accent 4"/>
    <w:basedOn w:val="Tab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5">
    <w:name w:val="Medium Shading 2 Accent 5"/>
    <w:basedOn w:val="Tab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6">
    <w:name w:val="Medium Shading 2 Accent 6"/>
    <w:basedOn w:val="Tab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1">
    <w:name w:val="Medium List 1"/>
    <w:basedOn w:val="Tabla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amedia1-nfasis1">
    <w:name w:val="Medium List 1 Accent 1"/>
    <w:basedOn w:val="Tabla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Listamedia1-nfasis2">
    <w:name w:val="Medium List 1 Accent 2"/>
    <w:basedOn w:val="Tabla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Listamedia1-nfasis3">
    <w:name w:val="Medium List 1 Accent 3"/>
    <w:basedOn w:val="Tabla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Listamedia1-nfasis4">
    <w:name w:val="Medium List 1 Accent 4"/>
    <w:basedOn w:val="Tabla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Listamedia1-nfasis5">
    <w:name w:val="Medium List 1 Accent 5"/>
    <w:basedOn w:val="Tabla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Listamedia1-nfasis6">
    <w:name w:val="Medium List 1 Accent 6"/>
    <w:basedOn w:val="Tabla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stamedia2">
    <w:name w:val="Medium List 2"/>
    <w:basedOn w:val="Tab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1">
    <w:name w:val="Medium List 2 Accent 1"/>
    <w:basedOn w:val="Tab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2">
    <w:name w:val="Medium List 2 Accent 2"/>
    <w:basedOn w:val="Tab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3">
    <w:name w:val="Medium List 2 Accent 3"/>
    <w:basedOn w:val="Tab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4">
    <w:name w:val="Medium List 2 Accent 4"/>
    <w:basedOn w:val="Tab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5">
    <w:name w:val="Medium List 2 Accent 5"/>
    <w:basedOn w:val="Tab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6">
    <w:name w:val="Medium List 2 Accent 6"/>
    <w:basedOn w:val="Tab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Cuadrculamedia1">
    <w:name w:val="Medium Grid 1"/>
    <w:basedOn w:val="Tabla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media1-nfasis1">
    <w:name w:val="Medium Grid 1 Accent 1"/>
    <w:basedOn w:val="Tabla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uadrculamedia1-nfasis2">
    <w:name w:val="Medium Grid 1 Accent 2"/>
    <w:basedOn w:val="Tabla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uadrculamedia1-nfasis3">
    <w:name w:val="Medium Grid 1 Accent 3"/>
    <w:basedOn w:val="Tabla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uadrculamedia1-nfasis4">
    <w:name w:val="Medium Grid 1 Accent 4"/>
    <w:basedOn w:val="Tabla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uadrculamedia1-nfasis5">
    <w:name w:val="Medium Grid 1 Accent 5"/>
    <w:basedOn w:val="Tabla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uadrculamedia1-nfasis6">
    <w:name w:val="Medium Grid 1 Accent 6"/>
    <w:basedOn w:val="Tabla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uadrculamedia2">
    <w:name w:val="Medium Grid 2"/>
    <w:basedOn w:val="Tab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Cuadrculamedia2-nfasis1">
    <w:name w:val="Medium Grid 2 Accent 1"/>
    <w:basedOn w:val="Tab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Cuadrculamedia2-nfasis2">
    <w:name w:val="Medium Grid 2 Accent 2"/>
    <w:basedOn w:val="Tab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Cuadrculamedia2-nfasis3">
    <w:name w:val="Medium Grid 2 Accent 3"/>
    <w:basedOn w:val="Tab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Cuadrculamedia2-nfasis4">
    <w:name w:val="Medium Grid 2 Accent 4"/>
    <w:basedOn w:val="Tab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Cuadrculamedia2-nfasis5">
    <w:name w:val="Medium Grid 2 Accent 5"/>
    <w:basedOn w:val="Tab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Cuadrculamedia2-nfasis6">
    <w:name w:val="Medium Grid 2 Accent 6"/>
    <w:basedOn w:val="Tab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Cuadrculamedia3">
    <w:name w:val="Medium Grid 3"/>
    <w:basedOn w:val="Tab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Cuadrculamedia3-nfasis1">
    <w:name w:val="Medium Grid 3 Accent 1"/>
    <w:basedOn w:val="Tab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Cuadrculamedia3-nfasis2">
    <w:name w:val="Medium Grid 3 Accent 2"/>
    <w:basedOn w:val="Tab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Cuadrculamedia3-nfasis3">
    <w:name w:val="Medium Grid 3 Accent 3"/>
    <w:basedOn w:val="Tab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Cuadrculamedia3-nfasis4">
    <w:name w:val="Medium Grid 3 Accent 4"/>
    <w:basedOn w:val="Tab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Cuadrculamedia3-nfasis5">
    <w:name w:val="Medium Grid 3 Accent 5"/>
    <w:basedOn w:val="Tab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Cuadrculamedia3-nfasis6">
    <w:name w:val="Medium Grid 3 Accent 6"/>
    <w:basedOn w:val="Tab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Listaoscura">
    <w:name w:val="Dark List"/>
    <w:basedOn w:val="Tabla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aoscura-nfasis1">
    <w:name w:val="Dark List Accent 1"/>
    <w:basedOn w:val="Tabla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Listaoscura-nfasis2">
    <w:name w:val="Dark List Accent 2"/>
    <w:basedOn w:val="Tabla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Listaoscura-nfasis3">
    <w:name w:val="Dark List Accent 3"/>
    <w:basedOn w:val="Tabla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Listaoscura-nfasis4">
    <w:name w:val="Dark List Accent 4"/>
    <w:basedOn w:val="Tabla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Listaoscura-nfasis5">
    <w:name w:val="Dark List Accent 5"/>
    <w:basedOn w:val="Tabla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Listaoscura-nfasis6">
    <w:name w:val="Dark List Accent 6"/>
    <w:basedOn w:val="Tabla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Sombreadovistoso">
    <w:name w:val="Colorful Shading"/>
    <w:basedOn w:val="Tabla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Sombreadovistoso-nfasis1">
    <w:name w:val="Colorful Shading Accent 1"/>
    <w:basedOn w:val="Tabla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Sombreadovistoso-nfasis2">
    <w:name w:val="Colorful Shading Accent 2"/>
    <w:basedOn w:val="Tabla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Sombreadovistoso-nfasis3">
    <w:name w:val="Colorful Shading Accent 3"/>
    <w:basedOn w:val="Tabla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Sombreadovistoso-nfasis4">
    <w:name w:val="Colorful Shading Accent 4"/>
    <w:basedOn w:val="Tabla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Sombreadovistoso-nfasis5">
    <w:name w:val="Colorful Shading Accent 5"/>
    <w:basedOn w:val="Tabla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Sombreadovistoso-nfasis6">
    <w:name w:val="Colorful Shading Accent 6"/>
    <w:basedOn w:val="Tabla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Listavistosa">
    <w:name w:val="Colorful List"/>
    <w:basedOn w:val="Tabla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stavistosa-nfasis1">
    <w:name w:val="Colorful List Accent 1"/>
    <w:basedOn w:val="Tabla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Listavistosa-nfasis2">
    <w:name w:val="Colorful List Accent 2"/>
    <w:basedOn w:val="Tabla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Listavistosa-nfasis3">
    <w:name w:val="Colorful List Accent 3"/>
    <w:basedOn w:val="Tabla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Listavistosa-nfasis4">
    <w:name w:val="Colorful List Accent 4"/>
    <w:basedOn w:val="Tabla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Listavistosa-nfasis5">
    <w:name w:val="Colorful List Accent 5"/>
    <w:basedOn w:val="Tabla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Listavistosa-nfasis6">
    <w:name w:val="Colorful List Accent 6"/>
    <w:basedOn w:val="Tabla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uadrculavistosa">
    <w:name w:val="Colorful Grid"/>
    <w:basedOn w:val="Tab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vistosa-nfasis1">
    <w:name w:val="Colorful Grid Accent 1"/>
    <w:basedOn w:val="Tab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uadrculavistosa-nfasis2">
    <w:name w:val="Colorful Grid Accent 2"/>
    <w:basedOn w:val="Tab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uadrculavistosa-nfasis3">
    <w:name w:val="Colorful Grid Accent 3"/>
    <w:basedOn w:val="Tab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uadrculavistosa-nfasis4">
    <w:name w:val="Colorful Grid Accent 4"/>
    <w:basedOn w:val="Tab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uadrculavistosa-nfasis5">
    <w:name w:val="Colorful Grid Accent 5"/>
    <w:basedOn w:val="Tab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uadrculavistosa-nfasis6">
    <w:name w:val="Colorful Grid Accent 6"/>
    <w:basedOn w:val="Tab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725</Words>
  <Characters>3988</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4704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gomeztomasjesuss@gmail.com</cp:lastModifiedBy>
  <cp:revision>2</cp:revision>
  <dcterms:created xsi:type="dcterms:W3CDTF">2025-10-02T11:00:00Z</dcterms:created>
  <dcterms:modified xsi:type="dcterms:W3CDTF">2025-10-02T11:00:00Z</dcterms:modified>
  <cp:category/>
</cp:coreProperties>
</file>