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BF" w:rsidRPr="0033056E" w:rsidRDefault="002003BF" w:rsidP="002003BF">
      <w:pPr>
        <w:pStyle w:val="Prrafodelista"/>
        <w:spacing w:after="160" w:line="259" w:lineRule="auto"/>
        <w:ind w:left="786"/>
        <w:rPr>
          <w:rFonts w:ascii="Lucida Handwriting" w:hAnsi="Lucida Handwriting" w:cs="Arial"/>
          <w:b/>
          <w:bCs/>
          <w:iCs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thick" w:color="FFC000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EBC6F" wp14:editId="2B3FDEF1">
                <wp:simplePos x="0" y="0"/>
                <wp:positionH relativeFrom="column">
                  <wp:posOffset>4819015</wp:posOffset>
                </wp:positionH>
                <wp:positionV relativeFrom="paragraph">
                  <wp:posOffset>304800</wp:posOffset>
                </wp:positionV>
                <wp:extent cx="1666875" cy="2152650"/>
                <wp:effectExtent l="0" t="0" r="28575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3BF" w:rsidRDefault="002003BF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val="es-AR" w:eastAsia="es-AR"/>
                              </w:rPr>
                              <w:drawing>
                                <wp:inline distT="0" distB="0" distL="0" distR="0" wp14:anchorId="60732807" wp14:editId="3CD371AE">
                                  <wp:extent cx="1524000" cy="2009775"/>
                                  <wp:effectExtent l="0" t="0" r="0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201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79.45pt;margin-top:24pt;width:131.25pt;height:16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" fillcolor="white [3201]" strokecolor="white [3212]" strokeweight=".5pt">
                <v:textbox>
                  <w:txbxContent>
                    <w:p w:rsidR="002003BF" w:rsidRDefault="002003BF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val="es-AR" w:eastAsia="es-AR"/>
                        </w:rPr>
                        <w:drawing>
                          <wp:inline distT="0" distB="0" distL="0" distR="0" wp14:anchorId="60732807" wp14:editId="3CD371AE">
                            <wp:extent cx="1524000" cy="2009775"/>
                            <wp:effectExtent l="0" t="0" r="0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201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>Trabajo</w:t>
      </w:r>
      <w:proofErr w:type="spellEnd"/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r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proofErr w:type="spellStart"/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>Práctico</w:t>
      </w:r>
      <w:proofErr w:type="spellEnd"/>
      <w:proofErr w:type="gramEnd"/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r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 xml:space="preserve">de </w:t>
      </w:r>
      <w:r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proofErr w:type="spellStart"/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>Formación</w:t>
      </w:r>
      <w:proofErr w:type="spellEnd"/>
      <w:r w:rsidRPr="0033056E"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r>
        <w:rPr>
          <w:rFonts w:ascii="Lucida Handwriting" w:hAnsi="Lucida Handwriting" w:cs="Arial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ascii="Lucida Handwriting" w:hAnsi="Lucida Handwriting" w:cs="Arial"/>
          <w:b/>
          <w:bCs/>
          <w:iCs/>
          <w:sz w:val="28"/>
          <w:szCs w:val="28"/>
        </w:rPr>
        <w:t>Ética</w:t>
      </w:r>
      <w:proofErr w:type="spellEnd"/>
    </w:p>
    <w:p w:rsidR="002003BF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  <w:r w:rsidRPr="00633691">
        <w:rPr>
          <w:rFonts w:ascii="Arial" w:hAnsi="Arial" w:cs="Arial"/>
          <w:b/>
          <w:sz w:val="28"/>
          <w:szCs w:val="28"/>
          <w:u w:val="thick" w:color="0070C0"/>
          <w:lang w:val="es-ES_tradnl"/>
        </w:rPr>
        <w:t>Tema</w:t>
      </w:r>
      <w:r w:rsidRPr="00633691">
        <w:rPr>
          <w:rFonts w:ascii="Arial" w:hAnsi="Arial" w:cs="Arial"/>
          <w:sz w:val="28"/>
          <w:szCs w:val="28"/>
          <w:u w:val="thick" w:color="0070C0"/>
          <w:lang w:val="es-ES_tradnl"/>
        </w:rPr>
        <w:t>:</w:t>
      </w:r>
      <w:r>
        <w:rPr>
          <w:rFonts w:ascii="Arial" w:hAnsi="Arial" w:cs="Arial"/>
          <w:sz w:val="28"/>
          <w:szCs w:val="28"/>
          <w:lang w:val="es-ES_tradnl"/>
        </w:rPr>
        <w:t xml:space="preserve"> Efemérides mes de octubre </w:t>
      </w:r>
    </w:p>
    <w:p w:rsidR="002003BF" w:rsidRPr="00AE0821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</w:p>
    <w:p w:rsidR="002003BF" w:rsidRDefault="002003BF" w:rsidP="002003BF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633691">
        <w:rPr>
          <w:rFonts w:ascii="Arial" w:hAnsi="Arial" w:cs="Arial"/>
          <w:b/>
          <w:sz w:val="28"/>
          <w:szCs w:val="28"/>
          <w:u w:val="thick" w:color="0070C0"/>
          <w:lang w:val="es-ES_tradnl"/>
        </w:rPr>
        <w:t>Grado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: </w:t>
      </w:r>
      <w:r w:rsidRPr="00AE0821">
        <w:rPr>
          <w:rFonts w:ascii="Arial" w:hAnsi="Arial" w:cs="Arial"/>
          <w:sz w:val="28"/>
          <w:szCs w:val="28"/>
          <w:lang w:val="es-ES_tradnl"/>
        </w:rPr>
        <w:t>4º A y B</w:t>
      </w:r>
    </w:p>
    <w:p w:rsidR="002003BF" w:rsidRPr="00AE0821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</w:p>
    <w:p w:rsidR="002003BF" w:rsidRPr="00AE0821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  <w:r w:rsidRPr="00633691">
        <w:rPr>
          <w:rFonts w:ascii="Arial" w:hAnsi="Arial" w:cs="Arial"/>
          <w:b/>
          <w:sz w:val="28"/>
          <w:szCs w:val="28"/>
          <w:u w:val="thick" w:color="0070C0"/>
          <w:lang w:val="es-ES_tradnl"/>
        </w:rPr>
        <w:t>Fecha de presentación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: </w:t>
      </w:r>
      <w:r w:rsidR="00813A6C">
        <w:rPr>
          <w:rFonts w:ascii="Arial" w:hAnsi="Arial" w:cs="Arial"/>
          <w:b/>
          <w:sz w:val="28"/>
          <w:szCs w:val="28"/>
          <w:lang w:val="es-ES_tradnl"/>
        </w:rPr>
        <w:t xml:space="preserve">17 de octubre </w:t>
      </w:r>
    </w:p>
    <w:p w:rsidR="002003BF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  <w:bookmarkStart w:id="0" w:name="_GoBack"/>
      <w:bookmarkEnd w:id="0"/>
    </w:p>
    <w:p w:rsidR="002003BF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 </w:t>
      </w:r>
    </w:p>
    <w:p w:rsidR="002003BF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</w:p>
    <w:p w:rsidR="002003BF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</w:p>
    <w:p w:rsidR="002003BF" w:rsidRPr="00AE0821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  <w:r w:rsidRPr="00AE0821">
        <w:rPr>
          <w:rFonts w:ascii="Arial" w:hAnsi="Arial" w:cs="Arial"/>
          <w:b/>
          <w:sz w:val="28"/>
          <w:szCs w:val="28"/>
          <w:lang w:val="es-ES_tradnl"/>
        </w:rPr>
        <w:t>IMPORTANTE:</w:t>
      </w:r>
    </w:p>
    <w:p w:rsidR="002003BF" w:rsidRPr="00AE0821" w:rsidRDefault="002003BF" w:rsidP="002003BF">
      <w:pPr>
        <w:pStyle w:val="Sinespaciado"/>
        <w:rPr>
          <w:rFonts w:ascii="Arial" w:hAnsi="Arial" w:cs="Arial"/>
          <w:b/>
          <w:sz w:val="28"/>
          <w:szCs w:val="28"/>
          <w:lang w:val="es-ES_tradnl"/>
        </w:rPr>
      </w:pPr>
      <w:r w:rsidRPr="00AE0821">
        <w:rPr>
          <w:rFonts w:ascii="Arial" w:hAnsi="Arial" w:cs="Arial"/>
          <w:sz w:val="28"/>
          <w:szCs w:val="28"/>
          <w:lang w:val="es-ES_tradnl"/>
        </w:rPr>
        <w:t xml:space="preserve">Tener en </w:t>
      </w:r>
      <w:r w:rsidRPr="00311719">
        <w:rPr>
          <w:rFonts w:ascii="Arial" w:hAnsi="Arial" w:cs="Arial"/>
          <w:sz w:val="28"/>
          <w:szCs w:val="28"/>
          <w:u w:val="thick" w:color="1F497D" w:themeColor="text2"/>
          <w:lang w:val="es-ES_tradnl"/>
        </w:rPr>
        <w:t>cuenta</w:t>
      </w:r>
      <w:r w:rsidRPr="00AE0821">
        <w:rPr>
          <w:rFonts w:ascii="Arial" w:hAnsi="Arial" w:cs="Arial"/>
          <w:sz w:val="28"/>
          <w:szCs w:val="28"/>
          <w:lang w:val="es-ES_tradnl"/>
        </w:rPr>
        <w:t xml:space="preserve"> </w:t>
      </w:r>
      <w:r>
        <w:rPr>
          <w:rFonts w:ascii="Arial" w:hAnsi="Arial" w:cs="Arial"/>
          <w:sz w:val="28"/>
          <w:szCs w:val="28"/>
          <w:lang w:val="es-ES_tradnl"/>
        </w:rPr>
        <w:t>para la presentación del trabajo</w:t>
      </w:r>
      <w:r w:rsidRPr="00AE0821">
        <w:rPr>
          <w:rFonts w:ascii="Arial" w:hAnsi="Arial" w:cs="Arial"/>
          <w:sz w:val="28"/>
          <w:szCs w:val="28"/>
          <w:lang w:val="es-ES_tradnl"/>
        </w:rPr>
        <w:t>:</w:t>
      </w:r>
    </w:p>
    <w:p w:rsidR="002003BF" w:rsidRDefault="002003BF" w:rsidP="002003BF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  <w:lang w:val="es-ES_tradnl"/>
        </w:rPr>
      </w:pPr>
      <w:r w:rsidRPr="00AE0821">
        <w:rPr>
          <w:rFonts w:ascii="Arial" w:hAnsi="Arial" w:cs="Arial"/>
          <w:b/>
          <w:sz w:val="28"/>
          <w:szCs w:val="28"/>
          <w:lang w:val="es-ES_tradnl"/>
        </w:rPr>
        <w:t>el trabajo debe ser entregado en hojas de block (dentro de un folio)</w:t>
      </w:r>
    </w:p>
    <w:p w:rsidR="002003BF" w:rsidRPr="00296AB5" w:rsidRDefault="002003BF" w:rsidP="002003BF">
      <w:pPr>
        <w:pStyle w:val="Prrafodelista"/>
        <w:numPr>
          <w:ilvl w:val="0"/>
          <w:numId w:val="11"/>
        </w:numPr>
        <w:rPr>
          <w:rFonts w:ascii="Arial" w:hAnsi="Arial" w:cs="Arial"/>
          <w:b/>
          <w:sz w:val="28"/>
          <w:szCs w:val="28"/>
          <w:lang w:val="es-ES_tradnl"/>
        </w:rPr>
      </w:pPr>
      <w:r w:rsidRPr="00296AB5">
        <w:rPr>
          <w:rFonts w:ascii="Arial" w:hAnsi="Arial" w:cs="Arial"/>
          <w:b/>
          <w:sz w:val="28"/>
          <w:szCs w:val="28"/>
          <w:lang w:val="es-ES_tradnl"/>
        </w:rPr>
        <w:t>Se evaluará:</w:t>
      </w:r>
    </w:p>
    <w:p w:rsidR="002003BF" w:rsidRPr="00AE0821" w:rsidRDefault="002003BF" w:rsidP="002003BF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la </w:t>
      </w:r>
      <w:r w:rsidRPr="00AE0821">
        <w:rPr>
          <w:rFonts w:ascii="Arial" w:hAnsi="Arial" w:cs="Arial"/>
          <w:b/>
          <w:sz w:val="28"/>
          <w:szCs w:val="28"/>
          <w:lang w:val="es-ES_tradnl"/>
        </w:rPr>
        <w:t>ortografía</w:t>
      </w:r>
    </w:p>
    <w:p w:rsidR="002003BF" w:rsidRPr="00AE0821" w:rsidRDefault="002003BF" w:rsidP="002003BF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la </w:t>
      </w:r>
      <w:r w:rsidRPr="00AE0821">
        <w:rPr>
          <w:rFonts w:ascii="Arial" w:hAnsi="Arial" w:cs="Arial"/>
          <w:b/>
          <w:sz w:val="28"/>
          <w:szCs w:val="28"/>
          <w:lang w:val="es-ES_tradnl"/>
        </w:rPr>
        <w:t>prolijidad</w:t>
      </w:r>
    </w:p>
    <w:p w:rsidR="002003BF" w:rsidRPr="00AE0821" w:rsidRDefault="002003BF" w:rsidP="002003BF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el </w:t>
      </w:r>
      <w:r w:rsidRPr="00AE0821">
        <w:rPr>
          <w:rFonts w:ascii="Arial" w:hAnsi="Arial" w:cs="Arial"/>
          <w:b/>
          <w:sz w:val="28"/>
          <w:szCs w:val="28"/>
          <w:lang w:val="es-ES_tradnl"/>
        </w:rPr>
        <w:t>contenido de las respuestas</w:t>
      </w:r>
    </w:p>
    <w:p w:rsidR="002003BF" w:rsidRPr="00AE0821" w:rsidRDefault="002003BF" w:rsidP="002003BF">
      <w:pPr>
        <w:pStyle w:val="Prrafodelista"/>
        <w:numPr>
          <w:ilvl w:val="0"/>
          <w:numId w:val="10"/>
        </w:num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la </w:t>
      </w:r>
      <w:r w:rsidRPr="00AE0821">
        <w:rPr>
          <w:rFonts w:ascii="Arial" w:hAnsi="Arial" w:cs="Arial"/>
          <w:b/>
          <w:sz w:val="28"/>
          <w:szCs w:val="28"/>
          <w:lang w:val="es-ES_tradnl"/>
        </w:rPr>
        <w:t>punt</w:t>
      </w:r>
      <w:r>
        <w:rPr>
          <w:rFonts w:ascii="Arial" w:hAnsi="Arial" w:cs="Arial"/>
          <w:b/>
          <w:sz w:val="28"/>
          <w:szCs w:val="28"/>
          <w:lang w:val="es-ES_tradnl"/>
        </w:rPr>
        <w:t>ualidad en la entrega del trabajo.</w:t>
      </w:r>
    </w:p>
    <w:p w:rsidR="00650D32" w:rsidRDefault="00813A6C">
      <w:pPr>
        <w:rPr>
          <w:rFonts w:ascii="Arial" w:hAnsi="Arial" w:cs="Arial"/>
          <w:sz w:val="24"/>
          <w:szCs w:val="24"/>
        </w:rPr>
      </w:pPr>
      <w:r w:rsidRPr="00813A6C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813A6C">
        <w:rPr>
          <w:rFonts w:ascii="Arial" w:hAnsi="Arial" w:cs="Arial"/>
          <w:sz w:val="24"/>
          <w:szCs w:val="24"/>
        </w:rPr>
        <w:t>mes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13A6C">
        <w:rPr>
          <w:rFonts w:ascii="Arial" w:hAnsi="Arial" w:cs="Arial"/>
          <w:sz w:val="24"/>
          <w:szCs w:val="24"/>
        </w:rPr>
        <w:t>Octubre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sz w:val="24"/>
          <w:szCs w:val="24"/>
        </w:rPr>
        <w:t>nos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sz w:val="24"/>
          <w:szCs w:val="24"/>
        </w:rPr>
        <w:t>trae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sz w:val="24"/>
          <w:szCs w:val="24"/>
        </w:rPr>
        <w:t>muchas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sz w:val="24"/>
          <w:szCs w:val="24"/>
        </w:rPr>
        <w:t>efemérides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sz w:val="24"/>
          <w:szCs w:val="24"/>
        </w:rPr>
        <w:t>significativas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13A6C">
        <w:rPr>
          <w:rFonts w:ascii="Arial" w:hAnsi="Arial" w:cs="Arial"/>
          <w:sz w:val="24"/>
          <w:szCs w:val="24"/>
        </w:rPr>
        <w:t>cargadas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813A6C">
        <w:rPr>
          <w:rFonts w:ascii="Arial" w:hAnsi="Arial" w:cs="Arial"/>
          <w:sz w:val="24"/>
          <w:szCs w:val="24"/>
        </w:rPr>
        <w:t>valores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13A6C">
        <w:rPr>
          <w:rFonts w:ascii="Arial" w:hAnsi="Arial" w:cs="Arial"/>
          <w:sz w:val="24"/>
          <w:szCs w:val="24"/>
        </w:rPr>
        <w:t>sentimientos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. Para </w:t>
      </w:r>
      <w:proofErr w:type="spellStart"/>
      <w:r w:rsidRPr="00813A6C">
        <w:rPr>
          <w:rFonts w:ascii="Arial" w:hAnsi="Arial" w:cs="Arial"/>
          <w:sz w:val="24"/>
          <w:szCs w:val="24"/>
        </w:rPr>
        <w:t>citar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sz w:val="24"/>
          <w:szCs w:val="24"/>
        </w:rPr>
        <w:t>algunas</w:t>
      </w:r>
      <w:proofErr w:type="spellEnd"/>
      <w:proofErr w:type="gramStart"/>
      <w:r w:rsidRPr="00813A6C">
        <w:rPr>
          <w:rFonts w:ascii="Arial" w:hAnsi="Arial" w:cs="Arial"/>
          <w:sz w:val="24"/>
          <w:szCs w:val="24"/>
        </w:rPr>
        <w:t>:,</w:t>
      </w:r>
      <w:proofErr w:type="gramEnd"/>
      <w:r w:rsidRPr="00813A6C">
        <w:rPr>
          <w:rFonts w:ascii="Arial" w:hAnsi="Arial" w:cs="Arial"/>
          <w:sz w:val="24"/>
          <w:szCs w:val="24"/>
        </w:rPr>
        <w:t xml:space="preserve"> el del </w:t>
      </w:r>
      <w:proofErr w:type="spellStart"/>
      <w:r w:rsidRPr="00813A6C">
        <w:rPr>
          <w:rFonts w:ascii="Arial" w:hAnsi="Arial" w:cs="Arial"/>
          <w:sz w:val="24"/>
          <w:szCs w:val="24"/>
        </w:rPr>
        <w:t>Respeto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Pr="00813A6C">
        <w:rPr>
          <w:rFonts w:ascii="Arial" w:hAnsi="Arial" w:cs="Arial"/>
          <w:sz w:val="24"/>
          <w:szCs w:val="24"/>
        </w:rPr>
        <w:t>Diversidad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 Cultural y el </w:t>
      </w:r>
      <w:proofErr w:type="spellStart"/>
      <w:r w:rsidR="00C62DAB">
        <w:rPr>
          <w:rFonts w:ascii="Arial" w:hAnsi="Arial" w:cs="Arial"/>
          <w:sz w:val="24"/>
          <w:szCs w:val="24"/>
        </w:rPr>
        <w:t>día</w:t>
      </w:r>
      <w:proofErr w:type="spellEnd"/>
      <w:r w:rsidR="00C62D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62DAB">
        <w:rPr>
          <w:rFonts w:ascii="Arial" w:hAnsi="Arial" w:cs="Arial"/>
          <w:sz w:val="24"/>
          <w:szCs w:val="24"/>
        </w:rPr>
        <w:t>mundial</w:t>
      </w:r>
      <w:proofErr w:type="spellEnd"/>
      <w:r w:rsidR="00C62DAB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="00C62DAB">
        <w:rPr>
          <w:rFonts w:ascii="Arial" w:hAnsi="Arial" w:cs="Arial"/>
          <w:sz w:val="24"/>
          <w:szCs w:val="24"/>
        </w:rPr>
        <w:t>alimentación</w:t>
      </w:r>
      <w:proofErr w:type="spellEnd"/>
      <w:r w:rsidRPr="00813A6C">
        <w:rPr>
          <w:rFonts w:ascii="Arial" w:hAnsi="Arial" w:cs="Arial"/>
          <w:sz w:val="24"/>
          <w:szCs w:val="24"/>
        </w:rPr>
        <w:t xml:space="preserve">, entre </w:t>
      </w:r>
      <w:proofErr w:type="spellStart"/>
      <w:r w:rsidRPr="00813A6C">
        <w:rPr>
          <w:rFonts w:ascii="Arial" w:hAnsi="Arial" w:cs="Arial"/>
          <w:sz w:val="24"/>
          <w:szCs w:val="24"/>
        </w:rPr>
        <w:t>otros</w:t>
      </w:r>
      <w:proofErr w:type="spellEnd"/>
      <w:r w:rsidRPr="00813A6C">
        <w:rPr>
          <w:rFonts w:ascii="Arial" w:hAnsi="Arial" w:cs="Arial"/>
          <w:sz w:val="24"/>
          <w:szCs w:val="24"/>
        </w:rPr>
        <w:t>.</w:t>
      </w:r>
    </w:p>
    <w:p w:rsidR="00813A6C" w:rsidRPr="00813A6C" w:rsidRDefault="00813A6C" w:rsidP="00813A6C">
      <w:pPr>
        <w:spacing w:before="77" w:line="313" w:lineRule="exact"/>
        <w:ind w:left="88"/>
        <w:rPr>
          <w:rFonts w:ascii="Arial MT"/>
          <w:b/>
          <w:sz w:val="28"/>
        </w:rPr>
      </w:pPr>
      <w:r w:rsidRPr="00813A6C">
        <w:rPr>
          <w:rFonts w:ascii="Arial MT"/>
          <w:b/>
          <w:color w:val="0084B5"/>
          <w:w w:val="80"/>
          <w:sz w:val="28"/>
        </w:rPr>
        <w:t>12</w:t>
      </w:r>
      <w:r w:rsidRPr="00813A6C">
        <w:rPr>
          <w:rFonts w:ascii="Arial MT"/>
          <w:b/>
          <w:color w:val="0084B5"/>
          <w:spacing w:val="-13"/>
          <w:sz w:val="28"/>
        </w:rPr>
        <w:t xml:space="preserve"> </w:t>
      </w:r>
      <w:r w:rsidRPr="00813A6C">
        <w:rPr>
          <w:rFonts w:ascii="Arial MT"/>
          <w:b/>
          <w:color w:val="0084B5"/>
          <w:w w:val="80"/>
          <w:sz w:val="28"/>
        </w:rPr>
        <w:t>DE</w:t>
      </w:r>
      <w:r w:rsidRPr="00813A6C">
        <w:rPr>
          <w:rFonts w:ascii="Arial MT"/>
          <w:b/>
          <w:color w:val="0084B5"/>
          <w:spacing w:val="-13"/>
          <w:sz w:val="28"/>
        </w:rPr>
        <w:t xml:space="preserve"> </w:t>
      </w:r>
      <w:r w:rsidRPr="00813A6C">
        <w:rPr>
          <w:rFonts w:ascii="Arial MT"/>
          <w:b/>
          <w:color w:val="0084B5"/>
          <w:spacing w:val="-2"/>
          <w:w w:val="80"/>
          <w:sz w:val="28"/>
        </w:rPr>
        <w:t>OCTUBRE</w:t>
      </w:r>
    </w:p>
    <w:p w:rsidR="00813A6C" w:rsidRDefault="00813A6C" w:rsidP="00813A6C">
      <w:pPr>
        <w:rPr>
          <w:rFonts w:ascii="Arial MT" w:hAnsi="Arial MT" w:hint="eastAsia"/>
          <w:b/>
          <w:color w:val="0084B5"/>
          <w:spacing w:val="6"/>
          <w:sz w:val="28"/>
        </w:rPr>
      </w:pPr>
      <w:r w:rsidRPr="00813A6C">
        <w:rPr>
          <w:rFonts w:ascii="Arial MT" w:hAnsi="Arial MT"/>
          <w:b/>
          <w:color w:val="0084B5"/>
          <w:w w:val="85"/>
          <w:sz w:val="28"/>
        </w:rPr>
        <w:t>DÍA</w:t>
      </w:r>
      <w:r w:rsidRPr="00813A6C">
        <w:rPr>
          <w:rFonts w:ascii="Arial MT" w:hAnsi="Arial MT"/>
          <w:b/>
          <w:color w:val="0084B5"/>
          <w:spacing w:val="5"/>
          <w:sz w:val="28"/>
        </w:rPr>
        <w:t xml:space="preserve"> </w:t>
      </w:r>
      <w:r w:rsidRPr="00813A6C">
        <w:rPr>
          <w:rFonts w:ascii="Arial MT" w:hAnsi="Arial MT"/>
          <w:b/>
          <w:color w:val="0084B5"/>
          <w:w w:val="85"/>
          <w:sz w:val="28"/>
        </w:rPr>
        <w:t>DEL RESPETO</w:t>
      </w:r>
      <w:r w:rsidRPr="00813A6C">
        <w:rPr>
          <w:rFonts w:ascii="Arial MT" w:hAnsi="Arial MT"/>
          <w:b/>
          <w:color w:val="0084B5"/>
          <w:spacing w:val="5"/>
          <w:sz w:val="28"/>
        </w:rPr>
        <w:t xml:space="preserve"> </w:t>
      </w:r>
      <w:r w:rsidRPr="00813A6C">
        <w:rPr>
          <w:rFonts w:ascii="Arial MT" w:hAnsi="Arial MT"/>
          <w:b/>
          <w:color w:val="0084B5"/>
          <w:w w:val="85"/>
          <w:sz w:val="28"/>
        </w:rPr>
        <w:t>LA</w:t>
      </w:r>
      <w:r w:rsidRPr="00813A6C">
        <w:rPr>
          <w:rFonts w:ascii="Arial MT" w:hAnsi="Arial MT"/>
          <w:b/>
          <w:color w:val="0084B5"/>
          <w:spacing w:val="6"/>
          <w:sz w:val="28"/>
        </w:rPr>
        <w:t xml:space="preserve"> </w:t>
      </w:r>
      <w:r w:rsidRPr="00813A6C">
        <w:rPr>
          <w:rFonts w:ascii="Arial MT" w:hAnsi="Arial MT"/>
          <w:b/>
          <w:color w:val="0084B5"/>
          <w:w w:val="85"/>
          <w:sz w:val="28"/>
        </w:rPr>
        <w:t>DIVERSIDAD</w:t>
      </w:r>
      <w:r w:rsidRPr="00813A6C">
        <w:rPr>
          <w:rFonts w:ascii="Arial MT" w:hAnsi="Arial MT"/>
          <w:b/>
          <w:color w:val="0084B5"/>
          <w:spacing w:val="5"/>
          <w:sz w:val="28"/>
        </w:rPr>
        <w:t xml:space="preserve"> </w:t>
      </w:r>
      <w:r w:rsidRPr="00813A6C">
        <w:rPr>
          <w:rFonts w:ascii="Arial MT" w:hAnsi="Arial MT"/>
          <w:b/>
          <w:color w:val="0084B5"/>
          <w:w w:val="85"/>
          <w:sz w:val="28"/>
        </w:rPr>
        <w:t>CULTURAL</w:t>
      </w:r>
      <w:r w:rsidRPr="00813A6C">
        <w:rPr>
          <w:rFonts w:ascii="Arial MT" w:hAnsi="Arial MT"/>
          <w:b/>
          <w:color w:val="0084B5"/>
          <w:spacing w:val="6"/>
          <w:sz w:val="28"/>
        </w:rPr>
        <w:t xml:space="preserve"> </w:t>
      </w:r>
    </w:p>
    <w:p w:rsidR="00813A6C" w:rsidRPr="00813A6C" w:rsidRDefault="00813A6C" w:rsidP="00813A6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633691">
        <w:rPr>
          <w:rFonts w:ascii="Arial" w:hAnsi="Arial" w:cs="Arial"/>
          <w:sz w:val="24"/>
          <w:szCs w:val="24"/>
          <w:u w:val="thick" w:color="0070C0"/>
        </w:rPr>
        <w:t>Lee</w:t>
      </w:r>
      <w:r w:rsidRPr="00813A6C">
        <w:rPr>
          <w:rFonts w:ascii="Arial" w:hAnsi="Arial" w:cs="Arial"/>
          <w:sz w:val="24"/>
          <w:szCs w:val="24"/>
        </w:rPr>
        <w:t xml:space="preserve"> </w:t>
      </w:r>
      <w:r w:rsidRPr="00A25D12">
        <w:rPr>
          <w:rFonts w:ascii="Arial" w:hAnsi="Arial" w:cs="Arial"/>
          <w:sz w:val="24"/>
          <w:szCs w:val="24"/>
          <w:lang w:val="es-AR"/>
        </w:rPr>
        <w:t>atentamente</w:t>
      </w:r>
      <w:r w:rsidRPr="00813A6C">
        <w:rPr>
          <w:rFonts w:ascii="Arial" w:hAnsi="Arial" w:cs="Arial"/>
          <w:sz w:val="24"/>
          <w:szCs w:val="24"/>
        </w:rPr>
        <w:t>:</w:t>
      </w:r>
    </w:p>
    <w:p w:rsidR="00813A6C" w:rsidRDefault="00813A6C" w:rsidP="00813A6C">
      <w:pPr>
        <w:pStyle w:val="Prrafodelista"/>
        <w:rPr>
          <w:rFonts w:ascii="Arial" w:hAnsi="Arial" w:cs="Arial"/>
          <w:b/>
          <w:sz w:val="24"/>
          <w:szCs w:val="24"/>
        </w:rPr>
      </w:pPr>
      <w:r w:rsidRPr="00813A6C">
        <w:rPr>
          <w:rFonts w:ascii="Arial" w:hAnsi="Arial" w:cs="Arial"/>
          <w:b/>
          <w:sz w:val="24"/>
          <w:szCs w:val="24"/>
          <w:lang w:val="es-AR"/>
        </w:rPr>
        <w:t>Cada</w:t>
      </w:r>
      <w:r w:rsidRPr="00813A6C">
        <w:rPr>
          <w:rFonts w:ascii="Arial" w:hAnsi="Arial" w:cs="Arial"/>
          <w:b/>
          <w:sz w:val="24"/>
          <w:szCs w:val="24"/>
        </w:rPr>
        <w:t xml:space="preserve"> 12 de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octubre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, en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nuestro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país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, </w:t>
      </w:r>
      <w:r w:rsidRPr="00FB037D">
        <w:rPr>
          <w:rFonts w:ascii="Arial" w:hAnsi="Arial" w:cs="Arial"/>
          <w:b/>
          <w:sz w:val="24"/>
          <w:szCs w:val="24"/>
          <w:lang w:val="es-ES"/>
        </w:rPr>
        <w:t>celebramos</w:t>
      </w:r>
      <w:r w:rsidRPr="00813A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este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día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 en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homenaje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813A6C">
        <w:rPr>
          <w:rFonts w:ascii="Arial" w:hAnsi="Arial" w:cs="Arial"/>
          <w:b/>
          <w:sz w:val="24"/>
          <w:szCs w:val="24"/>
        </w:rPr>
        <w:t>nuestros</w:t>
      </w:r>
      <w:proofErr w:type="spellEnd"/>
      <w:r w:rsidRPr="00813A6C">
        <w:rPr>
          <w:rFonts w:ascii="Arial" w:hAnsi="Arial" w:cs="Arial"/>
          <w:b/>
          <w:sz w:val="24"/>
          <w:szCs w:val="24"/>
        </w:rPr>
        <w:t xml:space="preserve"> pueblos </w:t>
      </w:r>
      <w:r w:rsidRPr="00813A6C">
        <w:rPr>
          <w:rFonts w:ascii="Arial" w:hAnsi="Arial" w:cs="Arial"/>
          <w:b/>
          <w:sz w:val="24"/>
          <w:szCs w:val="24"/>
          <w:lang w:val="es-ES"/>
        </w:rPr>
        <w:t>originarios</w:t>
      </w:r>
      <w:r>
        <w:rPr>
          <w:rFonts w:ascii="Arial" w:hAnsi="Arial" w:cs="Arial"/>
          <w:b/>
          <w:sz w:val="24"/>
          <w:szCs w:val="24"/>
        </w:rPr>
        <w:t>.</w:t>
      </w:r>
    </w:p>
    <w:p w:rsidR="00813A6C" w:rsidRDefault="00813A6C" w:rsidP="00813A6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419"/>
        </w:rPr>
      </w:pPr>
      <w:r w:rsidRPr="00C62DAB">
        <w:rPr>
          <w:rFonts w:ascii="Arial" w:hAnsi="Arial" w:cs="Arial"/>
          <w:sz w:val="24"/>
          <w:szCs w:val="24"/>
          <w:u w:val="thick" w:color="1F497D" w:themeColor="text2"/>
          <w:lang w:val="es-419"/>
        </w:rPr>
        <w:t>Responde</w:t>
      </w:r>
      <w:r>
        <w:rPr>
          <w:rFonts w:ascii="Arial" w:hAnsi="Arial" w:cs="Arial"/>
          <w:sz w:val="24"/>
          <w:szCs w:val="24"/>
          <w:lang w:val="es-419"/>
        </w:rPr>
        <w:t>.</w:t>
      </w:r>
    </w:p>
    <w:p w:rsidR="00FB037D" w:rsidRPr="00FB037D" w:rsidRDefault="00FB037D" w:rsidP="00FB037D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val="es-419"/>
        </w:rPr>
      </w:pPr>
      <w:r w:rsidRPr="00FB037D">
        <w:rPr>
          <w:rFonts w:ascii="Arial" w:hAnsi="Arial" w:cs="Arial"/>
          <w:sz w:val="24"/>
          <w:szCs w:val="24"/>
          <w:lang w:val="es-419"/>
        </w:rPr>
        <w:t>¿Qué ocurrió el 12 de octubre de 1492?</w:t>
      </w:r>
    </w:p>
    <w:p w:rsidR="00FB037D" w:rsidRPr="00FB037D" w:rsidRDefault="00FB037D" w:rsidP="00FB037D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val="es-419"/>
        </w:rPr>
      </w:pPr>
      <w:r w:rsidRPr="00FB037D">
        <w:rPr>
          <w:rFonts w:ascii="Arial" w:hAnsi="Arial" w:cs="Arial"/>
          <w:sz w:val="24"/>
          <w:szCs w:val="24"/>
          <w:lang w:val="es-419"/>
        </w:rPr>
        <w:t xml:space="preserve"> ¿Quiénes vivían en américa?</w:t>
      </w:r>
    </w:p>
    <w:p w:rsidR="00813A6C" w:rsidRDefault="00FB037D" w:rsidP="00FB037D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val="es-419"/>
        </w:rPr>
      </w:pPr>
      <w:r w:rsidRPr="00FB037D">
        <w:rPr>
          <w:rFonts w:ascii="Arial" w:hAnsi="Arial" w:cs="Arial"/>
          <w:sz w:val="24"/>
          <w:szCs w:val="24"/>
          <w:lang w:val="es-419"/>
        </w:rPr>
        <w:t xml:space="preserve">Cuando los </w:t>
      </w:r>
      <w:r w:rsidR="00C62DAB">
        <w:rPr>
          <w:rFonts w:ascii="Arial" w:hAnsi="Arial" w:cs="Arial"/>
          <w:sz w:val="24"/>
          <w:szCs w:val="24"/>
          <w:lang w:val="es-419"/>
        </w:rPr>
        <w:t>españoles llegaron a A</w:t>
      </w:r>
      <w:r>
        <w:rPr>
          <w:rFonts w:ascii="Arial" w:hAnsi="Arial" w:cs="Arial"/>
          <w:sz w:val="24"/>
          <w:szCs w:val="24"/>
          <w:lang w:val="es-419"/>
        </w:rPr>
        <w:t>mérica, ¿A</w:t>
      </w:r>
      <w:r w:rsidRPr="00FB037D">
        <w:rPr>
          <w:rFonts w:ascii="Arial" w:hAnsi="Arial" w:cs="Arial"/>
          <w:sz w:val="24"/>
          <w:szCs w:val="24"/>
          <w:lang w:val="es-419"/>
        </w:rPr>
        <w:t>prendieron de la cultura de nuestros pueblos originarios y respetaron su diversidad?</w:t>
      </w:r>
    </w:p>
    <w:p w:rsidR="00FB037D" w:rsidRDefault="00FB037D" w:rsidP="00FB037D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419"/>
        </w:rPr>
      </w:pPr>
      <w:r w:rsidRPr="00C62DAB">
        <w:rPr>
          <w:rFonts w:ascii="Arial" w:hAnsi="Arial" w:cs="Arial"/>
          <w:sz w:val="24"/>
          <w:szCs w:val="24"/>
          <w:u w:val="thick" w:color="1F497D" w:themeColor="text2"/>
          <w:lang w:val="es-419"/>
        </w:rPr>
        <w:t>I</w:t>
      </w: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 xml:space="preserve">nvestiga </w:t>
      </w:r>
      <w:r w:rsidRPr="00FB037D">
        <w:rPr>
          <w:rFonts w:ascii="Arial" w:hAnsi="Arial" w:cs="Arial"/>
          <w:sz w:val="24"/>
          <w:szCs w:val="24"/>
          <w:lang w:val="es-419"/>
        </w:rPr>
        <w:t xml:space="preserve">y </w:t>
      </w: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>escribe brevemente</w:t>
      </w:r>
      <w:r>
        <w:rPr>
          <w:rFonts w:ascii="Arial" w:hAnsi="Arial" w:cs="Arial"/>
          <w:sz w:val="24"/>
          <w:szCs w:val="24"/>
          <w:lang w:val="es-419"/>
        </w:rPr>
        <w:t xml:space="preserve"> sobre la comunidad H</w:t>
      </w:r>
      <w:r w:rsidRPr="00FB037D">
        <w:rPr>
          <w:rFonts w:ascii="Arial" w:hAnsi="Arial" w:cs="Arial"/>
          <w:sz w:val="24"/>
          <w:szCs w:val="24"/>
          <w:lang w:val="es-419"/>
        </w:rPr>
        <w:t>uarpe en nuestra provincia</w:t>
      </w:r>
      <w:r>
        <w:rPr>
          <w:rFonts w:ascii="Arial" w:hAnsi="Arial" w:cs="Arial"/>
          <w:sz w:val="24"/>
          <w:szCs w:val="24"/>
          <w:lang w:val="es-419"/>
        </w:rPr>
        <w:t>.</w:t>
      </w:r>
    </w:p>
    <w:p w:rsidR="00FB037D" w:rsidRDefault="00A25D12" w:rsidP="00FB037D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419"/>
        </w:rPr>
      </w:pP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>Ilustra la tarea</w:t>
      </w:r>
      <w:r>
        <w:rPr>
          <w:rFonts w:ascii="Arial" w:hAnsi="Arial" w:cs="Arial"/>
          <w:sz w:val="24"/>
          <w:szCs w:val="24"/>
          <w:lang w:val="es-419"/>
        </w:rPr>
        <w:t>.</w:t>
      </w:r>
    </w:p>
    <w:p w:rsidR="00A25D12" w:rsidRDefault="00A25D12" w:rsidP="00A25D12">
      <w:pPr>
        <w:pStyle w:val="Prrafodelista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</w:p>
    <w:p w:rsidR="00A25D12" w:rsidRDefault="00A25D12" w:rsidP="00A25D12">
      <w:pPr>
        <w:pStyle w:val="Prrafodelista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</w:p>
    <w:p w:rsidR="00C62DAB" w:rsidRDefault="00C62DAB" w:rsidP="00A25D12">
      <w:pPr>
        <w:pStyle w:val="Prrafodelista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</w:p>
    <w:p w:rsidR="00A25D12" w:rsidRPr="00A25D12" w:rsidRDefault="00A25D12" w:rsidP="00A25D12">
      <w:pPr>
        <w:pStyle w:val="Prrafodelista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  <w:r w:rsidRPr="00A25D12">
        <w:rPr>
          <w:rFonts w:ascii="Arial" w:hAnsi="Arial" w:cs="Arial"/>
          <w:b/>
          <w:color w:val="4F81BD" w:themeColor="accent1"/>
          <w:sz w:val="24"/>
          <w:szCs w:val="24"/>
          <w:lang w:val="es-419"/>
        </w:rPr>
        <w:t>16 DE OCTUBRE</w:t>
      </w:r>
    </w:p>
    <w:p w:rsidR="00A25D12" w:rsidRDefault="00A25D12" w:rsidP="00A25D12">
      <w:pPr>
        <w:pStyle w:val="Prrafodelista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  <w:r w:rsidRPr="00A25D12">
        <w:rPr>
          <w:rFonts w:ascii="Arial" w:hAnsi="Arial" w:cs="Arial"/>
          <w:b/>
          <w:color w:val="4F81BD" w:themeColor="accent1"/>
          <w:sz w:val="24"/>
          <w:szCs w:val="24"/>
          <w:lang w:val="es-419"/>
        </w:rPr>
        <w:t>DÍA MUNDIAL DE LA ALIMENTACIÓN</w:t>
      </w:r>
    </w:p>
    <w:p w:rsidR="00A25D12" w:rsidRPr="00A25D12" w:rsidRDefault="00A25D12" w:rsidP="00A25D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419"/>
        </w:rPr>
      </w:pP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 xml:space="preserve">Lee </w:t>
      </w:r>
      <w:r w:rsidRPr="00A25D12">
        <w:rPr>
          <w:rFonts w:ascii="Arial" w:hAnsi="Arial" w:cs="Arial"/>
          <w:sz w:val="24"/>
          <w:szCs w:val="24"/>
          <w:lang w:val="es-419"/>
        </w:rPr>
        <w:t>atenta</w:t>
      </w:r>
      <w:r w:rsidR="00C62DAB">
        <w:rPr>
          <w:rFonts w:ascii="Arial" w:hAnsi="Arial" w:cs="Arial"/>
          <w:sz w:val="24"/>
          <w:szCs w:val="24"/>
          <w:lang w:val="es-419"/>
        </w:rPr>
        <w:t>m</w:t>
      </w:r>
      <w:r w:rsidRPr="00A25D12">
        <w:rPr>
          <w:rFonts w:ascii="Arial" w:hAnsi="Arial" w:cs="Arial"/>
          <w:sz w:val="24"/>
          <w:szCs w:val="24"/>
          <w:lang w:val="es-419"/>
        </w:rPr>
        <w:t>ente</w:t>
      </w:r>
      <w:r w:rsidR="00C62DAB">
        <w:rPr>
          <w:rFonts w:ascii="Arial" w:hAnsi="Arial" w:cs="Arial"/>
          <w:sz w:val="24"/>
          <w:szCs w:val="24"/>
          <w:lang w:val="es-419"/>
        </w:rPr>
        <w:t>:</w:t>
      </w:r>
      <w:r w:rsidRPr="00A25D12">
        <w:rPr>
          <w:rFonts w:ascii="Arial" w:hAnsi="Arial" w:cs="Arial"/>
          <w:sz w:val="24"/>
          <w:szCs w:val="24"/>
          <w:lang w:val="es-419"/>
        </w:rPr>
        <w:t xml:space="preserve"> </w:t>
      </w:r>
    </w:p>
    <w:p w:rsidR="00A25D12" w:rsidRPr="00A25D12" w:rsidRDefault="00A25D12" w:rsidP="00A25D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Cs w:val="20"/>
          <w:lang w:val="es-ES"/>
        </w:rPr>
      </w:pPr>
    </w:p>
    <w:p w:rsidR="00C62DAB" w:rsidRDefault="00C62DAB" w:rsidP="00C62DAB">
      <w:pPr>
        <w:pStyle w:val="Prrafodelista"/>
        <w:ind w:left="1069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  <w:r>
        <w:rPr>
          <w:rFonts w:ascii="Arial" w:hAnsi="Arial" w:cs="Arial"/>
          <w:b/>
          <w:noProof/>
          <w:color w:val="4F81BD" w:themeColor="accent1"/>
          <w:sz w:val="24"/>
          <w:szCs w:val="24"/>
          <w:lang w:val="es-AR" w:eastAsia="es-AR"/>
        </w:rPr>
        <w:drawing>
          <wp:inline distT="0" distB="0" distL="0" distR="0" wp14:anchorId="0C4454A7" wp14:editId="3470378D">
            <wp:extent cx="3590925" cy="2476500"/>
            <wp:effectExtent l="0" t="0" r="952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64A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39801" r="66071" b="19569"/>
                    <a:stretch/>
                  </pic:blipFill>
                  <pic:spPr bwMode="auto">
                    <a:xfrm>
                      <a:off x="0" y="0"/>
                      <a:ext cx="35909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AB" w:rsidRPr="00C62DAB" w:rsidRDefault="00C62DAB" w:rsidP="00C62DAB">
      <w:pPr>
        <w:pStyle w:val="Prrafodelista"/>
        <w:rPr>
          <w:rFonts w:ascii="Arial" w:hAnsi="Arial" w:cs="Arial"/>
          <w:b/>
          <w:color w:val="4F81BD" w:themeColor="accent1"/>
          <w:sz w:val="24"/>
          <w:szCs w:val="24"/>
          <w:lang w:val="es-419"/>
        </w:rPr>
      </w:pPr>
    </w:p>
    <w:p w:rsidR="00A25D12" w:rsidRPr="00633691" w:rsidRDefault="00C62DAB" w:rsidP="00C62DAB">
      <w:pPr>
        <w:pStyle w:val="Prrafodelista"/>
        <w:numPr>
          <w:ilvl w:val="0"/>
          <w:numId w:val="14"/>
        </w:numPr>
        <w:rPr>
          <w:rFonts w:ascii="Arial" w:hAnsi="Arial" w:cs="Arial"/>
          <w:color w:val="4F81BD" w:themeColor="accent1"/>
          <w:sz w:val="24"/>
          <w:szCs w:val="24"/>
          <w:u w:val="thick" w:color="0070C0"/>
          <w:lang w:val="es-419"/>
        </w:rPr>
      </w:pP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>Responde</w:t>
      </w:r>
      <w:r w:rsidRPr="00633691">
        <w:rPr>
          <w:rFonts w:ascii="Arial" w:hAnsi="Arial" w:cs="Arial"/>
          <w:color w:val="4F81BD" w:themeColor="accent1"/>
          <w:sz w:val="24"/>
          <w:szCs w:val="24"/>
          <w:u w:val="thick" w:color="0070C0"/>
          <w:lang w:val="es-419"/>
        </w:rPr>
        <w:t>:</w:t>
      </w:r>
    </w:p>
    <w:p w:rsidR="00C62DAB" w:rsidRDefault="00C62DAB" w:rsidP="00C62DAB">
      <w:pPr>
        <w:pStyle w:val="Prrafodelista"/>
        <w:ind w:left="1069"/>
        <w:rPr>
          <w:rFonts w:ascii="Arial" w:hAnsi="Arial" w:cs="Arial"/>
          <w:color w:val="4F81BD" w:themeColor="accent1"/>
          <w:sz w:val="24"/>
          <w:szCs w:val="24"/>
          <w:u w:val="thick" w:color="1F497D" w:themeColor="text2"/>
          <w:lang w:val="es-419"/>
        </w:rPr>
      </w:pPr>
    </w:p>
    <w:p w:rsidR="00C62DAB" w:rsidRPr="00C62DAB" w:rsidRDefault="00C62DAB" w:rsidP="00C62DAB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419"/>
        </w:rPr>
      </w:pPr>
      <w:r w:rsidRPr="00C62DAB">
        <w:rPr>
          <w:rFonts w:ascii="Arial" w:hAnsi="Arial" w:cs="Arial"/>
          <w:sz w:val="24"/>
          <w:szCs w:val="24"/>
          <w:lang w:val="es-419"/>
        </w:rPr>
        <w:t xml:space="preserve">¿Crees que la alimentación es una necesidad básica y un derecho de todas las personas? ¿Por qué? </w:t>
      </w:r>
    </w:p>
    <w:p w:rsidR="00C62DAB" w:rsidRPr="00C62DAB" w:rsidRDefault="00C62DAB" w:rsidP="00C62DAB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419"/>
        </w:rPr>
      </w:pPr>
      <w:r w:rsidRPr="00C62DAB">
        <w:rPr>
          <w:rFonts w:ascii="Arial" w:hAnsi="Arial" w:cs="Arial"/>
          <w:sz w:val="24"/>
          <w:szCs w:val="24"/>
          <w:lang w:val="es-419"/>
        </w:rPr>
        <w:t>¿Piensas  que esto es igual para todas las personas del mundo?</w:t>
      </w:r>
    </w:p>
    <w:p w:rsidR="00C62DAB" w:rsidRDefault="00C62DAB" w:rsidP="00C62DAB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419"/>
        </w:rPr>
      </w:pPr>
      <w:r w:rsidRPr="00C62DAB">
        <w:rPr>
          <w:rFonts w:ascii="Arial" w:hAnsi="Arial" w:cs="Arial"/>
          <w:sz w:val="24"/>
          <w:szCs w:val="24"/>
          <w:lang w:val="es-419"/>
        </w:rPr>
        <w:t>¿Qué es la desnutrición?</w:t>
      </w:r>
    </w:p>
    <w:p w:rsidR="004F4647" w:rsidRDefault="004F4647" w:rsidP="004F4647">
      <w:pPr>
        <w:pStyle w:val="Prrafodelista"/>
        <w:ind w:left="1069"/>
        <w:rPr>
          <w:rFonts w:ascii="Arial" w:hAnsi="Arial" w:cs="Arial"/>
          <w:sz w:val="24"/>
          <w:szCs w:val="24"/>
          <w:lang w:val="es-419"/>
        </w:rPr>
      </w:pPr>
    </w:p>
    <w:p w:rsidR="00C62DAB" w:rsidRDefault="004F4647" w:rsidP="004F4647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419"/>
        </w:rPr>
      </w:pP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>C</w:t>
      </w:r>
      <w:r w:rsidR="00C62DAB" w:rsidRPr="00633691">
        <w:rPr>
          <w:rFonts w:ascii="Arial" w:hAnsi="Arial" w:cs="Arial"/>
          <w:sz w:val="24"/>
          <w:szCs w:val="24"/>
          <w:u w:val="thick" w:color="0070C0"/>
          <w:lang w:val="es-419"/>
        </w:rPr>
        <w:t>onversá</w:t>
      </w:r>
      <w:r w:rsidR="00C62DAB" w:rsidRPr="004F4647">
        <w:rPr>
          <w:rFonts w:ascii="Arial" w:hAnsi="Arial" w:cs="Arial"/>
          <w:sz w:val="24"/>
          <w:szCs w:val="24"/>
          <w:lang w:val="es-419"/>
        </w:rPr>
        <w:t xml:space="preserve"> con tu familia sobre estas preguntas:</w:t>
      </w:r>
    </w:p>
    <w:p w:rsidR="00633691" w:rsidRPr="004F4647" w:rsidRDefault="00633691" w:rsidP="00633691">
      <w:pPr>
        <w:pStyle w:val="Prrafodelista"/>
        <w:ind w:left="1069"/>
        <w:rPr>
          <w:rFonts w:ascii="Arial" w:hAnsi="Arial" w:cs="Arial"/>
          <w:sz w:val="24"/>
          <w:szCs w:val="24"/>
          <w:lang w:val="es-419"/>
        </w:rPr>
      </w:pPr>
    </w:p>
    <w:p w:rsidR="00C62DAB" w:rsidRPr="004F4647" w:rsidRDefault="00C62DAB" w:rsidP="004F4647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419"/>
        </w:rPr>
      </w:pPr>
      <w:r w:rsidRPr="004F4647">
        <w:rPr>
          <w:rFonts w:ascii="Arial" w:hAnsi="Arial" w:cs="Arial"/>
          <w:sz w:val="24"/>
          <w:szCs w:val="24"/>
          <w:lang w:val="es-419"/>
        </w:rPr>
        <w:t>¿Qué alimentos no deberían faltar para que nuestra comida sea saludable?</w:t>
      </w:r>
    </w:p>
    <w:p w:rsidR="00C62DAB" w:rsidRDefault="00C62DAB" w:rsidP="004F4647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419"/>
        </w:rPr>
      </w:pPr>
      <w:r w:rsidRPr="004F4647">
        <w:rPr>
          <w:rFonts w:ascii="Arial" w:hAnsi="Arial" w:cs="Arial"/>
          <w:sz w:val="24"/>
          <w:szCs w:val="24"/>
          <w:lang w:val="es-419"/>
        </w:rPr>
        <w:t>¿Por qué es importante que todas las personas puedan tener comida suficiente y saludable?</w:t>
      </w:r>
    </w:p>
    <w:p w:rsidR="00633691" w:rsidRDefault="00633691" w:rsidP="00633691">
      <w:pPr>
        <w:pStyle w:val="Prrafodelista"/>
        <w:ind w:left="1789"/>
        <w:rPr>
          <w:rFonts w:ascii="Arial" w:hAnsi="Arial" w:cs="Arial"/>
          <w:sz w:val="24"/>
          <w:szCs w:val="24"/>
          <w:lang w:val="es-419"/>
        </w:rPr>
      </w:pPr>
    </w:p>
    <w:p w:rsidR="004F4647" w:rsidRPr="004F4647" w:rsidRDefault="004F4647" w:rsidP="004F4647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419"/>
        </w:rPr>
      </w:pPr>
      <w:r w:rsidRPr="00633691">
        <w:rPr>
          <w:rFonts w:ascii="Arial" w:hAnsi="Arial" w:cs="Arial"/>
          <w:sz w:val="24"/>
          <w:szCs w:val="24"/>
          <w:u w:val="thick" w:color="0070C0"/>
          <w:lang w:val="es-419"/>
        </w:rPr>
        <w:t>Escribe</w:t>
      </w:r>
      <w:r>
        <w:rPr>
          <w:rFonts w:ascii="Arial" w:hAnsi="Arial" w:cs="Arial"/>
          <w:sz w:val="24"/>
          <w:szCs w:val="24"/>
          <w:lang w:val="es-419"/>
        </w:rPr>
        <w:t xml:space="preserve"> los ingredientes de tu comida favorita. </w:t>
      </w:r>
    </w:p>
    <w:sectPr w:rsidR="004F4647" w:rsidRPr="004F4647" w:rsidSect="002003B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311.25pt;height:305.25pt" o:bullet="t">
        <v:imagedata r:id="rId1" o:title="Belgrano Bandera "/>
      </v:shape>
    </w:pict>
  </w:numPicBullet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A187C9E"/>
    <w:multiLevelType w:val="hybridMultilevel"/>
    <w:tmpl w:val="0A188FBA"/>
    <w:lvl w:ilvl="0" w:tplc="48F430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2D20AC"/>
    <w:multiLevelType w:val="hybridMultilevel"/>
    <w:tmpl w:val="6F6627AA"/>
    <w:lvl w:ilvl="0" w:tplc="3D2AD7A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1FB7B7F"/>
    <w:multiLevelType w:val="hybridMultilevel"/>
    <w:tmpl w:val="183C2C3E"/>
    <w:lvl w:ilvl="0" w:tplc="94121BE8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09" w:hanging="360"/>
      </w:pPr>
    </w:lvl>
    <w:lvl w:ilvl="2" w:tplc="2C0A001B" w:tentative="1">
      <w:start w:val="1"/>
      <w:numFmt w:val="lowerRoman"/>
      <w:lvlText w:val="%3."/>
      <w:lvlJc w:val="right"/>
      <w:pPr>
        <w:ind w:left="3229" w:hanging="180"/>
      </w:pPr>
    </w:lvl>
    <w:lvl w:ilvl="3" w:tplc="2C0A000F" w:tentative="1">
      <w:start w:val="1"/>
      <w:numFmt w:val="decimal"/>
      <w:lvlText w:val="%4."/>
      <w:lvlJc w:val="left"/>
      <w:pPr>
        <w:ind w:left="3949" w:hanging="360"/>
      </w:pPr>
    </w:lvl>
    <w:lvl w:ilvl="4" w:tplc="2C0A0019" w:tentative="1">
      <w:start w:val="1"/>
      <w:numFmt w:val="lowerLetter"/>
      <w:lvlText w:val="%5."/>
      <w:lvlJc w:val="left"/>
      <w:pPr>
        <w:ind w:left="4669" w:hanging="360"/>
      </w:pPr>
    </w:lvl>
    <w:lvl w:ilvl="5" w:tplc="2C0A001B" w:tentative="1">
      <w:start w:val="1"/>
      <w:numFmt w:val="lowerRoman"/>
      <w:lvlText w:val="%6."/>
      <w:lvlJc w:val="right"/>
      <w:pPr>
        <w:ind w:left="5389" w:hanging="180"/>
      </w:pPr>
    </w:lvl>
    <w:lvl w:ilvl="6" w:tplc="2C0A000F" w:tentative="1">
      <w:start w:val="1"/>
      <w:numFmt w:val="decimal"/>
      <w:lvlText w:val="%7."/>
      <w:lvlJc w:val="left"/>
      <w:pPr>
        <w:ind w:left="6109" w:hanging="360"/>
      </w:pPr>
    </w:lvl>
    <w:lvl w:ilvl="7" w:tplc="2C0A0019" w:tentative="1">
      <w:start w:val="1"/>
      <w:numFmt w:val="lowerLetter"/>
      <w:lvlText w:val="%8."/>
      <w:lvlJc w:val="left"/>
      <w:pPr>
        <w:ind w:left="6829" w:hanging="360"/>
      </w:pPr>
    </w:lvl>
    <w:lvl w:ilvl="8" w:tplc="2C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38C109A3"/>
    <w:multiLevelType w:val="hybridMultilevel"/>
    <w:tmpl w:val="C9C87BE0"/>
    <w:lvl w:ilvl="0" w:tplc="B7F26FEE">
      <w:start w:val="1"/>
      <w:numFmt w:val="decimal"/>
      <w:lvlText w:val="%1-"/>
      <w:lvlJc w:val="left"/>
      <w:pPr>
        <w:ind w:left="1069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9256F1"/>
    <w:multiLevelType w:val="hybridMultilevel"/>
    <w:tmpl w:val="4CC8FF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611332"/>
    <w:multiLevelType w:val="hybridMultilevel"/>
    <w:tmpl w:val="326A5F86"/>
    <w:lvl w:ilvl="0" w:tplc="79E4B3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DF2091"/>
    <w:multiLevelType w:val="hybridMultilevel"/>
    <w:tmpl w:val="8CF2A67A"/>
    <w:lvl w:ilvl="0" w:tplc="991E797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C3261A5"/>
    <w:multiLevelType w:val="hybridMultilevel"/>
    <w:tmpl w:val="3E084640"/>
    <w:lvl w:ilvl="0" w:tplc="6FBAB4FE">
      <w:start w:val="1"/>
      <w:numFmt w:val="decimal"/>
      <w:lvlText w:val="%1-"/>
      <w:lvlJc w:val="left"/>
      <w:pPr>
        <w:ind w:left="720" w:hanging="360"/>
      </w:pPr>
      <w:rPr>
        <w:rFonts w:ascii="Arial MT" w:hAnsi="Arial MT" w:cstheme="minorBidi" w:hint="default"/>
        <w:b w:val="0"/>
        <w:color w:val="auto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9"/>
  </w:num>
  <w:num w:numId="12">
    <w:abstractNumId w:val="16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003BF"/>
    <w:rsid w:val="0029639D"/>
    <w:rsid w:val="00311719"/>
    <w:rsid w:val="00326F90"/>
    <w:rsid w:val="004F4647"/>
    <w:rsid w:val="00633691"/>
    <w:rsid w:val="00650D32"/>
    <w:rsid w:val="00813A6C"/>
    <w:rsid w:val="00A25D12"/>
    <w:rsid w:val="00AA1D8D"/>
    <w:rsid w:val="00B47730"/>
    <w:rsid w:val="00C62DAB"/>
    <w:rsid w:val="00CB0664"/>
    <w:rsid w:val="00FB037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PrrafodelistaCar">
    <w:name w:val="Párrafo de lista Car"/>
    <w:link w:val="Prrafodelista"/>
    <w:uiPriority w:val="34"/>
    <w:qFormat/>
    <w:rsid w:val="002003BF"/>
  </w:style>
  <w:style w:type="paragraph" w:styleId="Textodeglobo">
    <w:name w:val="Balloon Text"/>
    <w:basedOn w:val="Normal"/>
    <w:link w:val="TextodegloboCar"/>
    <w:uiPriority w:val="99"/>
    <w:semiHidden/>
    <w:unhideWhenUsed/>
    <w:rsid w:val="0020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PrrafodelistaCar">
    <w:name w:val="Párrafo de lista Car"/>
    <w:link w:val="Prrafodelista"/>
    <w:uiPriority w:val="34"/>
    <w:qFormat/>
    <w:rsid w:val="002003BF"/>
  </w:style>
  <w:style w:type="paragraph" w:styleId="Textodeglobo">
    <w:name w:val="Balloon Text"/>
    <w:basedOn w:val="Normal"/>
    <w:link w:val="TextodegloboCar"/>
    <w:uiPriority w:val="99"/>
    <w:semiHidden/>
    <w:unhideWhenUsed/>
    <w:rsid w:val="0020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E07C13-E163-42BF-9239-9B6B5119D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Patricia</cp:lastModifiedBy>
  <cp:revision>3</cp:revision>
  <dcterms:created xsi:type="dcterms:W3CDTF">2025-10-05T19:32:00Z</dcterms:created>
  <dcterms:modified xsi:type="dcterms:W3CDTF">2025-10-06T03:50:00Z</dcterms:modified>
</cp:coreProperties>
</file>